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24S/174/2015 z 30. 1. 2017</w:t>
      </w:r>
    </w:p>
    <w:p>
      <w:r>
        <w:t>Opravné uznesenie Krajského súdu Banská Bystrica z 30. januára 2017, sp. zn. 24S/174/2015, ECLI:SK:KSBB:2017:6015201219.2</w:t>
      </w:r>
    </w:p>
    <w:p>
      <w:r>
        <w:t>Súd: Krajský súd Banská Bystrica</w:t>
      </w:r>
    </w:p>
    <w:p>
      <w:r>
        <w:t>Spisová značka: 24S/174/2015</w:t>
      </w:r>
    </w:p>
    <w:p>
      <w:r>
        <w:t>ECLI: ECLI:SK:KSBB:2017:6015201219.2</w:t>
      </w:r>
    </w:p>
    <w:p>
      <w:r>
        <w:t>Dátum vydania: 30. 1.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24S/174/2015 Identifikačné číslo súdneho spisu: 6015201219 Dátum vydania rozhodnutia: 31. 01. 2017 Meno a priezvisko sudcu, VSÚ: JUDr. Alena Antalová ECLI: ECLI:SK:KSBB:2017:6015201219.2 Opravné uznesenie Krajský súd v Banskej Bystrici v právnej veci žalobkyne: A. C., nar. XX. októbra XXXX, Q. XX, XXX XX I. nad O., t. č. L. XX, XXX XX B. B., proti žalovanému: Ústredie práce, sociálnych vecí a rodiny, Špitálska 8, 812 67 Bratislava, o preskúmanie zákonnosti rozhodnutia žalovaného č. UPS/US1/SSVOPHNSSD/ BEZ/2015/12619-0002 zo dňa 13. apríla 2015, o oprave Rozsudku Krajského súdu v Banskej Bystrici č. k. 24S/174/2015-50 takto r o z h o d o l : O p r a v u j e zrejmú nesprávnosť v označení spisovej značky na prvej strane Rozsudku Krajského súdu v Banskej Bystrici č. k. 24S/174/2016-50 zo dňa 16 septembra 2016 tak, že správne má byť uvedené č. k.: „24S/174/2015-50“ o d ô v o d n e n i e : 1. Žalobkyňa sa žalobou doručenou Okresnému súdu Banská Bystrica dňa 26. júna 2015, ktorý Uznesením č. k. 3S/1/2015-17 zo dňa 11. augusta 2015 vec postúpil vecne a miestne príslušnému Krajskému súdu v Banskej Bystrici, v znení doplnku žaloby zo dňa 29. januára 2016 na základe výzvy - Uznesenia Krajského súdu v Banskej Bystrici č. k. 24S/174/2015-27 zo dňa 08. decembra 2015, domáhala zrušenia rozhodnutia žalovaného č. UPS/US1/SSVOPHNSSD/BEZ/2015/12619-0002 Zv zo dňa 13. apríla 2015 a žiadala, aby súd súčasne prvostupňový orgán verejnej správy zaviazal vyplatiť žalobkyni „podĺžnosť na bývanie za roky 2013, 2014, 2015 a 2016“. 2. Krajský súd v Banskej Bystrici vo veci vedenej na pod č. k. 24S/174/2015 rozsudkom zo dňa 16. septembra 2016 žalobu podľa § 190 zákona č. 162/2015 Z.z. Správny súdny poriadok (ďalej len „SSP) zamietol, pretože po preskúmaní napadnutého rozhodnutia dospel k záveru, že napadnuté rozhodnutie je v súlade so zákonom. Keďže žalobkyňa v konaní nebola úspešná, správny súd jej náhradu trov konania nepriznal. 3. Dňom 01. júla 2016 nadobudol účinnosť zákon č. 162/2015 Z.z. Správny súdny poriadok. Podľa § 491 ods. 1 SSP ak nie je ďalej ustanovené inak, platí tento zákon aj na konania začaté podľa piatej časti Občianskeho súdneho poriadku predo dňom nadobudnutia jeho účinnosti. 4. Podľa § 143 SSP správny súd kedykoľvek aj bez návrhu opraví v rozsudku chyby v písaní a počítaní, ako aj iné zrejmé nesprávnosti. O oprave vydá opravné uznesenie, ktoré doručí osobám uvedeným v § 142 ods. 1 SSP. 5. Správny súd zistil, že v označení spisovej značky na prvej strane predmetného rozsudku Krajského súdu v Banskej Bystrici zo dňa 16. septembra 2016 došlo pri písomnom vyhotovení rozsudku k zrejmej nesprávnosti, resp. chybe v písaní, keď na jeho prvej strane je nesprávne uvedené č. k. 24S/174/2016-50. Správne má byť v označení spisovej značky na prvej strane rozsudku Krajského súdu v Banskej Bystrici uvedené č. k. 24S/174/2015-50.To, že sa jedná o zrejmú nesprávnosť vyplýva aj z obsahu súdneho spisu a str. 2-11 predmetného rozsudku zo dňa 16. septembra 2016. 6. Na základe uvedených skutočností bola preto podľa § 143 SSP vykonaná oprava prvej strany rozsudku Krajského súdu v Banskej Bystrici zo dňa 16. septembra 2016 týmto opravným uznesením tak, ako je uvedené vo výroku tohto opravného uznesenia. 7. Toto rozhodnutie prijal senát krajského súdu pomerom hlasov 3:0 (§139 ods. 4 v spojení s §147 ods. 2 SSP). 7. Toto rozhodnutie prijal senát krajského súdu pomerom hlasov 3:0 (§139 ods. 4 v spojení s §147 ods. 2 SSP). Poučenie: Proti tomuto uzneseniu je prípustná kasačná sťažnosť v lehote jedného mesiaca od doručenia tohto rozhodnutia, podaná na Krajskom súde v Banskej Bystrici. V kasačnej sťažnosti sa musí okrem všeobecných náležitostí podania podľa § 57uviesť: a) označenie napadnutého rozhodnutia, b) údaj, kedy napadnuté rozhodnutie bolo sťažovateľovi doručené, c) opísanie rozhodujúcich skutočností, aby bolo zrejmé, v akom rozsahu a za akých dôvodov podľa § 440 sa podáva, d) návrh výroku rozhodnutia. Sťažnostné body možno meniť len do uplynutia lehoty na podanie kasačnej sťažnosti. Sťažovateľ musí byť v konaní o kasačnej sťažnosti zastúpený advokátom. Kasačná sťažnosť a iné podania sťažovateľa musia byť spísané advokátom. Kasačnú sťažnosť je potrebné predložiť v potrebnom počte rovnopisov s prílohami tak, aby sa jeden rovnopis s prílohami mohol založiť do súdneho spisu a aby každý ďalší účastník konania dostal jeden rovnopis s prílohami. Ak sa nepredloží potrebný počet rovnopisov a príloh, správny súd vyhotoví kópie podania na trovy toho, kto podanie urobil.</w:t>
      </w:r>
    </w:p>
    <w:p/>
    <w:p>
      <w:r>
        <w:t>Zdroj: KAUZIS.SK – https://www.kauzis.sk/judikatura/r/ECLI:SK:KSBB:2017:6015201219.2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