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Banská Bystrica sp. zn. 20Sd/381/2015 z 23. 1. 2017</w:t>
      </w:r>
    </w:p>
    <w:p>
      <w:r>
        <w:t>Opravné uznesenie Krajského súdu Banská Bystrica z 23. januára 2017, sp. zn. 20Sd/381/2015, ECLI:SK:KSBB:2017:6015201569.4</w:t>
      </w:r>
    </w:p>
    <w:p>
      <w:r>
        <w:t>Súd: Krajský súd Banská Bystrica</w:t>
      </w:r>
    </w:p>
    <w:p>
      <w:r>
        <w:t>Spisová značka: 20Sd/381/2015</w:t>
      </w:r>
    </w:p>
    <w:p>
      <w:r>
        <w:t>ECLI: ECLI:SK:KSBB:2017:6015201569.4</w:t>
      </w:r>
    </w:p>
    <w:p>
      <w:r>
        <w:t>Dátum vydania: 23. 1. 2017</w:t>
      </w:r>
    </w:p>
    <w:p>
      <w:r>
        <w:t>Forma: Opravné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Banská Bystrica Spisová značka: 20Sd/381/2015 Identifikačné číslo súdneho spisu: 6015201569 Dátum vydania rozhodnutia: 24. 01. 2017 Meno a priezvisko sudcu, VSÚ: JUDr. Jarmila Badíková ECLI: ECLI:SK:KSBB:2017:6015201569.4 Opravné uznesenie Krajský súd v Banskej Bystrici, v právnej veci navrhovateľky S.. I. E., nar. XX. M. XXXX, Ul. J. H. XXX, XXX XX O., proti odporkyni Sociálna poisťovňa, ústredie, Ul. 29. augusta 8, 813 63 Bratislava, o preskúmanie rozhodnutia o invalidnom dôchodku č. XXX XXX XXXX X zo dňa 5. septembra 2015, vo veci opravy záhlavia uznesenia Krajského súdu v Banskej Bystrici, č.k. 20Sd/381/2015-34 zo dňa 22. decembra 2016, takto r o z h o d o l : Súd opravuje záhlavie uznesenia Krajského súdu v Banskej Bystrici č.k. 20Sd/381/2015-34 zo dňa 22. decembra 2016 v priezvisku navrhovateľky tak, že správne znie: „Krajský súd v Banskej Bystrici, v právnej veci navrhovateľky S.. I. E., nar. XX. M. XXXX, Ul. J. H. XXX, XXX XX O., proti odporkyni Sociálna poisťovňa, ústredie, Ul. 29. augusta 8, 813 63 Bratislava, o preskúmanie rozhodnutia o invalidnom dôchodku č. XXX XXX XXXX X zo dňa 5. septembra 2015, takto “ o d ô v o d n e n i e : Krajský súd uznesením 20Sd/381/2015-34 zo dňa 22. decembra 2016 konanie vo veci rozhodnutia odporkyne č. XXX XXX XXXX X zo dňa 5. septembra 2015 zastavil. Navrhovateľke náhradu trov konania nepriznal. Podľa § 250l ods. 2 O.s.p.; pokiaľ v tejto hlave nie je ustanovené inak, použije sa primerane ustanovenie druhej hlavy s výnimkou § 250a. Podľa § 246c ods. 1 O.s.p.; pre riešenie otázok, ktoré nie sú priamo upravené v tejto časti, sa použijú primerane ustanovenia prvej, tretej a štvrtej časti tohto zákona. Opravný prostriedok je prípustný, len ak je to ustanovené v tejto časti. Proti rozhodnutiu Najvyššieho súdu Slovenskej republiky opravný prostriedok nie je prípustný. Podľa § 164 O.s.p., súd kedykoľvek aj bez návrhu opraví v rozsudku chyby v písaní a počítaní, ako aj iné zrejmé nesprávnosti. O návrhu na opravu súd rozhodne do 30 dní od jeho podania. O oprave vydá opravné uznesenie, ktoré doručí účastníkom. Pritom môže odložiť vykonateľnosť rozsudku na čas, kým opravné uznesenie nenadobudne právoplatnosť. Podľa § 157 ods.1 O.s.p. v písomnom vyhotovení rozsudku sa po slovách "V mene Slovenskej republiky" uvedie označenie súdu, mená a priezviská sudcov a prísediacich, presné označenie účastníkov a ich zástupcov, účasť prokurátora, označenie prejednávanej veci, znenie výroku, odôvodnenie, poučenie o lehote na podanie odvolania a náležitostiach odvolania podľa § 205 ods. 1 a 2, poučenie o možnosti výkonu rozhodnutia a deň a miesto vyhlásenia. Pretože krajský súd pri písaní uznesenia 20Sd/381/2015-34 zo dňa 22. decembra 2016 v jeho záhlaví nesprávne neuviedol priezvisko navrhovateľky, súd túto zrejmú nesprávnosť, ktorá nastala pri vyhotovovaní uznesenia, odstránil vydaním opravného uznesenia s uvedením správneho priezviska navrhovateľky. Vzhľadom na vyššie uvedené krajský súd rozhodol tak, ako je uvedené vo výrokovej časti tohto uznesenia. Poučenie: Proti tomuto uzneseniu nie je prípustné odvolanie.</w:t>
      </w:r>
    </w:p>
    <w:p/>
    <w:p>
      <w:r>
        <w:t>Zdroj: KAUZIS.SK – https://www.kauzis.sk/judikatura/r/ECLI:SK:KSBB:2017:6015201569.4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