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26Sd/383/2015 z 9. 5. 2017</w:t>
      </w:r>
    </w:p>
    <w:p>
      <w:r>
        <w:t>Uznesenie Krajského súdu Banská Bystrica z 9. mája 2017, sp. zn. 26Sd/383/2015, ECLI:SK:KSBB:2017:6015201574.3</w:t>
      </w:r>
    </w:p>
    <w:p>
      <w:r>
        <w:t>Súd: Krajský súd Banská Bystrica</w:t>
      </w:r>
    </w:p>
    <w:p>
      <w:r>
        <w:t>Spisová značka: 26Sd/383/2015</w:t>
      </w:r>
    </w:p>
    <w:p>
      <w:r>
        <w:t>ECLI: ECLI:SK:KSBB:2017:6015201574.3</w:t>
      </w:r>
    </w:p>
    <w:p>
      <w:r>
        <w:t>Dátum vydania: 9. 5. 2017</w:t>
      </w:r>
    </w:p>
    <w:p>
      <w:r>
        <w:t>Forma: Uznesenie</w:t>
      </w:r>
    </w:p>
    <w:p>
      <w:pPr>
        <w:pStyle w:val="Heading2"/>
      </w:pPr>
      <w:r>
        <w:t>Text rozhodnutia</w:t>
      </w:r>
    </w:p>
    <w:p>
      <w:r>
        <w:t>Súd: Krajský súd Banská Bystrica Spisová značka: 26Sd/383/2015 Identifikačné číslo súdneho spisu: 6015201574 Dátum vydania rozhodnutia: 10. 05. 2017 Meno a priezvisko sudcu, VSÚ: JUDr. Drahomíra Mikulajová ECLI: ECLI:SK:KSBB:2017:6015201574.3 Uznesenie Krajský súd v Banskej Bystrici v právnej veci navrhovateľky: F. F., nar. XX.XX.XXXX, bytom L. XX, XXX XX L. L., proti odporkyni: Sociálnej poisťovni - ústrediu, Ul. 29. augusta č. 8, 813 63 Bratislava o preskúmanie zákonnosti postupu a rozhodnutia odporkyne č. XXX XXX XXXX X zo dňa 18. júna 2015 o zamietnutí žiadosti o priznanie invalidného dôchodku, takto r o z h o d o l : Konanie zastavuje. Žiaden z účastníkov nemá právo na náhradu trov konania. o d ô v o d n e n i e : Napadnutým rozhodnutím odporkyňa zamietla žiadosť navrhovateľky o priznanie invalidného dôchodku zo dňa 08. júna 2015, pretože posudkovým lekárom sociálneho poistenia nebola pri konštatovanej 35 % miere jej zníženej pracovnej schopnosti v porovnaní so zdravou fyzickou osobou uznaná za invalidnú, v dôsledku čoho jej nárok na invalidný dôchodok nevznikol. Navrhovateľka sa voči rozhodnutiu odporkyne odvolala, pretože s priznaným percentuálnym poklesom jej zníženej pracovnej schopnosti nesúhlasila. Uviedla, že vzhľadom na ochorenie pohybového aparátu už niekoľko rokov užíva lieky od bolesti, pričom len pri ich užívaní (s miernym útlmom bolesti) dokáže zvládať bežné činnosti. Nie je spôsobilá podstúpiť akúkoľvek fyzickú záťaž, niekedy je pri chôdzi odkázaná na oporu podpornej palice. Navrhovateľka ďalej uviedla, že pravidelne navštevuje ambulanciu pre chronickú bolesť, neurologickú a diabetologickú ambulanciu s tým, že diabetologička jej zdravotný stav hodnotí ako vysoko rizikový zo strany kardiovaskulárneho ochorenia. Navrhovateľka má z komplikácií diabetu prítomnú diabetickú senzitívnu polyneuropatiu. Vzhľadom na uvedené, preto navrhovateľka žiadala o opätovné posúdenie jej zdravotného stavu. Pretože navrhovateľke nebolo na pobočke Sociálnej poisťovne vyhovené v zmysle uznania jej invalidity, zaoberal sa posúdením jej zdravotného stavu v rámci odvolacieho správneho konania aj posudkový lekár ústredia Sociálnej poisťovne, pracovisko v Banskej Bystrici. V posudku zo dňa 08. decembra 2015 zohľadnil posudkový lekár odborné lekárske nálezy z vyšetrení a dospel k rovnakému posudkovému záveru ako prvoposudzovateľ vo všetkých jeho častiach. Dňom 01. júla 2016 nadobudol účinnosť zákon č. 162/2015 Z. z. Správny súdny poriadok. Podľa § 492 ods. 1 Správneho súdneho poriadku konania podľa tretej hlavy piatej časti Občianskeho súdneho poriadku začaté predo dňom nadobudnutia účinnosti tohto zákona sa dokončia podľa doterajších predpisov. Podaním zo dňa 09. mája 2017 zobrala navrhovateľka svoje odvolanie v celom rozsahu späť, preto postupoval krajský súd podľa § 250d ods. 3 zákona č. 99/1963 Zb. Občiansky súdny poriadok (ďalej len „O.s.p.“) za použitia § 250h ods. 2 O.s.p. a konanie vo veci zastavil. O náhrade trov konania rozhodol podľa § 146 ods.1 písm. c) O.s.p. s použitím ust. § 246c ods.1 O.s.p. a právo na náhradu trov konania nepriznal žiadnemu z účastníkov, pretože konanie vo veci bolo zastavené. Poučenie: Proti tomuto rozhodnutiu je možné podať odvolanie v lehote 15 dní od jeho doručenia. Odvolanie sa podáva písomne, v dvoch vyhotoveniach prostredníctvom krajského súdu na Najvyšší súd SR. V odvolaní je potrebné popri všeobecných náležitostiach / § 42 ods. 3 O.s.p. / uviesť, proti ktorému rozhodnutiu smeruje, v akom rozsahu sa napáda, v čom sa toto rozhodnutie alebo postup súdu považuje za nesprávny a čoho sa odvolateľ domáha.</w:t>
      </w:r>
    </w:p>
    <w:p/>
    <w:p>
      <w:r>
        <w:t>Zdroj: KAUZIS.SK – https://www.kauzis.sk/judikatura/r/ECLI:SK:KSBB:2017:6015201574.3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