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20Sd/157/2016 z 8. 3. 2017</w:t>
      </w:r>
    </w:p>
    <w:p>
      <w:r>
        <w:t>Uznesenie Krajského súdu Banská Bystrica z 8. marca 2017, sp. zn. 20Sd/157/2016, ECLI:SK:KSBB:2017:6016200540.2</w:t>
      </w:r>
    </w:p>
    <w:p>
      <w:r>
        <w:t>Súd: Krajský súd Banská Bystrica</w:t>
      </w:r>
    </w:p>
    <w:p>
      <w:r>
        <w:t>Spisová značka: 20Sd/157/2016</w:t>
      </w:r>
    </w:p>
    <w:p>
      <w:r>
        <w:t>ECLI: ECLI:SK:KSBB:2017:6016200540.2</w:t>
      </w:r>
    </w:p>
    <w:p>
      <w:r>
        <w:t>Dátum vydania: 8. 3. 2017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20Sd/157/2016 Identifikačné číslo súdneho spisu: 6016200540 Dátum vydania rozhodnutia: 09. 03. 2017 Meno a priezvisko sudcu, VSÚ: JUDr. Jarmila Badíková ECLI: ECLI:SK:KSBB:2017:6016200540.2 Uznesenie Krajský súd v Banskej Bystrici v právnej veci nebohého navrhovateľa: G. J., nar. XX.XX.XXXX, bytom H. XX/XX, XXX XX N., proti odporkyni: Sociálna poisťovňa, ústredie, Ul. 29. augusta č. 8, 813 63 Bratislava, o preskúmanie rozhodnutia č. XXX XXX XXXX X zo dňa 09. februára 2016 o zamietnutí žiadosti o invalidný dôchodok, takto r o z h o d o l : Konanie vo veci rozhodnutia odporkyne č. XXX XXX XXXX X zo dňa 09. februára 2016 z a s t a v u j e. Žiaden z účastníkov nemá právo na náhradu trov konania. o d ô v o d n e n i e : Odporkyňa rozhodnutím č. XXX XXX XXXX X zo dňa 09.02.2016 zamietla podľa § 72 ods. 1 písm. a) zákona č. 461/2003 Z. z. o sociálnom poistení v znení neskorších predpisov (ďalej aj len „zákon o sociálnom poistení“) žiadosť navrhovateľa o invalidný dôchodok z dôvodu, že navrhovateľ nezískal potrebný počet rokov obdobia dôchodkového poistenia, čím nesplnil podmienku na vznik nároku na invalidný dôchodok. Navrhovateľ podal v zákonom stanovej lehote proti uvedenému rozhodnutiu odporkyne opravný prostriedok, ktorým požadoval opätovné preskúmanie rozhodnutia o zamietnutí žiadosti o invalidný dôchodok. V opravnom prostriedku uviedol, že nesúhlasí s rozhodnutím odporkyne, pretože neposudzovala obdobie hospitalizácie v R. Q. v A. N.. K opravnému prostriedku pripojil ako dôkaz lekársku správu za obdobie hospitalizácie. Súd z úmrtného listu vystaveného matričným úradom C. J. K. R. X zistil, že navrhovateľ zomrel dňa XX.XX.XXXX. Podľa § 103 zákona č. 99/1963 Zb. Občiansky súdny poriadok (ďalej aj len „OSP“) súd kedykoľvek za konania prihliada na to, či sú splnené podmienky, za ktorých môže konať vo veci /podmienky konania/. Podľa § 107 ods. 1 OSP ak účastník stratí spôsobilosť byť účastníkom konania skôr, ako sa konanie právoplatne skončilo, súd posúdi podľa povahy veci, či má konanie zastaviť alebo prerušiť alebo či môže v ňom pokračovať. Vzhľadom na to, že navrhovateľ zomrel skôr ako sa konanie právoplatne skončilo, súd konanie zastavil. Súd o náhrade trov konania rozhodol podľa § 250l ods. 2, § 246c, § 146 ods. 1 písm. c) OSP, podľa ktorého žiaden z účastníkov nemá právo na náhradu trov konania ak bolo konanie zastavené. Poučenie: Proti tomuto rozhodnutiu je prípustné odvolanie do 15 dní od jeho doručenia, písomne v dvoch vyhotoveniach, prostredníctvom krajského súdu na Najvyšší súd Slovenskej republiky. Odvolanie možno podať len z dôvodov uvedených v § 205 ods. 2 O.s.p. V odvolaní sa má popri všeobecných náležitostiach (§ 42 ods. 3 O.s.p.) uviesť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https://www.kauzis.sk/judikatura/r/ECLI:SK:KSBB:2017:6016200540.2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