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26Sa/66/2016 z 28. 12. 2017</w:t>
      </w:r>
    </w:p>
    <w:p>
      <w:r>
        <w:t>Uznesenie Krajského súdu Banská Bystrica z 28. decembra 2017, sp. zn. 26Sa/66/2016, ECLI:SK:KSBB:2017:6016201032.2</w:t>
      </w:r>
    </w:p>
    <w:p>
      <w:r>
        <w:t>Súd: Krajský súd Banská Bystrica</w:t>
      </w:r>
    </w:p>
    <w:p>
      <w:r>
        <w:t>Spisová značka: 26Sa/66/2016</w:t>
      </w:r>
    </w:p>
    <w:p>
      <w:r>
        <w:t>ECLI: ECLI:SK:KSBB:2017:6016201032.2</w:t>
      </w:r>
    </w:p>
    <w:p>
      <w:r>
        <w:t>Dátum vydania: 28. 12. 2017</w:t>
      </w:r>
    </w:p>
    <w:p>
      <w:r>
        <w:t>Forma: Uznesenie</w:t>
      </w:r>
    </w:p>
    <w:p>
      <w:pPr>
        <w:pStyle w:val="Heading2"/>
      </w:pPr>
      <w:r>
        <w:t>Text rozhodnutia</w:t>
      </w:r>
    </w:p>
    <w:p>
      <w:r>
        <w:t>Súd: Krajský súd Banská Bystrica Spisová značka: 26Sa/66/2016 Identifikačné číslo súdneho spisu: 6016201032 Dátum vydania rozhodnutia: 29. 12. 2017 Meno a priezvisko sudcu, VSÚ: Mgr. Ivana Datlová ECLI: ECLI:SK:KSBB:2017:6016201032.2 Uznesenie Krajský súd v Banskej Bystrici v právnej veci žalobcu: T. M., nar. XX.XX.XXXX, bytom Q. X/X, XXX XX F., proti žalovanej: Sociálna poisťovňa, so sídlom Ul. 29. augusta č. 8 a 10, 813 63 Bratislava o preskúmanie zákonnosti rozhodnutia žalovanej č. XXX XXX XXXX X, takto r o z h o d o l : Žalobu o d m i e t a . Žiaden z účastníkov nemá právo na náhradu trov konania. o d ô v o d n e n i e : 1. Dňa 21.11.2016 bolo Krajskému súdu v Banskej Bystrici doručené podanie žalobcu, ktorým sa domáha preskúmania zákonnosti rozhodnutia žalovanej č. XXX XXX XXXX X. 2. Nakoľko žaloba žalobcu neobsahovala zákonnom predpísané náležitosti, správny súd žalobcu uznesením č. k. 26Sa/66/2016 - 20 zo dňa 26.09.2017 vyzval na odstránenie vád žaloby a to tak, že žalobca žalobu doplní o označenie druhu žaloby, o uvedenie dňa vydania rozhodnutia a dňa jeho doručenia alebo iného oznámenia žalobcovi, o žalobný návrh, t.j. návrh výroku rozhodnutia správneho súdu. Žalobcovi správny súd spolu s vyššie uvedeným rozhodnutím doručoval aj poučenia o jeho procesných právach a povinnostiach v zmysle § 26 ods. 1 zákona č. 162/2015 Z. z. Správny súdny poriadok (ďalej len „SSP“). Žalobcovi bolo predmetné uznesenie správneho súdu zo dňa 26.09.2017 doručené dňa 26.10.2017.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 ods. 2 písm. c) SSP správne súdy rozhodujú v konaniach o správnych žalobách v sociálnych veciach. 5. Podľa § 31 ods. 3 SSP žaloba okrem všeobecných náležitostí podania podľa § 57 musí obsahovať aj náležitosti ustanovené osobitne pre určitý druh konania uvedený v § 6 ods. 2. 6. Podľa § 57 ods. 1 SSP ak tento zákon na podanie nevyžaduje osobitné náležitosti, v podaní sa uvedie: a) ktorému správnemu súdu je určené, b) kto ho robí, c) ktorej veci sa týka, d) čo sa ním sleduje a e) podpis. 7. Podľa § 202 ods. 1 SSP v správnej žalobe sa musí okrem všeobecných náležitostí podania podľa § 57 uviesť: a) označenie druhu žaloby, b) označenie žalovaného, c) označenie konania alebo veci, v ktorej sa žalobca domáha nápravy, d) deň vydania rozhodnutia a deň jeho doručenia alebo iného oznámenia žalobcovi, e) opísanie rozhodujúcich skutočností, f) označenie dôkazov, ak sa žalobca dovoláva, g) žalobný návrh. 8. Podľa § 59 ods. 1, 2 a 3 SSP (1) ak ide o podanie vo veci samej, z ktorého nie je zrejmé, čoho sa týka a čo sa ním sleduje, alebo ide o podanie neúplné alebo nezrozumiteľné, správny súd uznesením vyzve toho, kto podanie urobil, aby podanie doplnil alebo opravil v lehote podľa § 58 ods. 2. (2) V uznesení podľa odseku 1 správny súd uvedie, v čom je podanie neúplné alebo nezrozumiteľné a ako ho doplniť alebo opraviť, a poučí o možnosti podanie odmietnuť. (3) Ak sa v lehote určenej správnym súdom podanie nedoplní alebo neopraví, správny súd podanie odmietne uznesením; to neplatí, ak pre uvedený nedostatok možno v konaní pokračovať. 9. Podľa § 98 ods. 1 písm. h) SSP správny súd uznesením odmietne žalobu, ak tak ustanoví tento zákon. 10. Podľa § 170 písm. a) SSP žiaden z účastníkov konania nemá právo na náhradu trov konania, ak žaloba bola odmietnutá. 11. Podľa § 175 ods. 1 SSP o nároku na náhradu trov konania rozhodne aj bez návrhu správny súd v rozhodnutí, ktorým sa konanie končí. 12. Vzhľadom na to, že žalobca vady žaloby, a to označenie druhu žaloby, uvedenie dňa vydania rozhodnutia a dňa jeho doručenia alebo iného oznámenia žalobcovi a uvedenie žalobného návrhu, t.j. návrhu výroku rozhodnutia správneho súdu, na základe uznesenia Krajského súdu v Banskej Bystrici č. k. 26Sa/66/2016 - 20 zo dňa 26.09.2017 v stanovenej lehote do 10 dní odo dňa doručenia predmetného uznesenia, t.j. do 06.11.2017 a ani dňa vydania tohto rozhodnutia neodstránil, pričom bol poučený o následkoch neodstránenia týchto vád žaloby, a tieto vady bránia vecnému vybaveniu žaloby, správny súd s poukazom na ust. § 59 ods. 3 SSP v spojení s § 98 ods. 1 písm. h) SSP žalobu odmietol. 13. O trovách konania správny súd rozhodol v zmysle § 170 písm. a) SSP v spojení s § 175 ods. 1 SSP tak, že žiaden z účastníkov nemá právo na náhradu trov konania. Poučenie: Proti tomuto rozhodnutiu je prípustná kasačná sťažnosť v lehote jedného mesiaca od doručenia tohto rozhodnutia,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https://www.kauzis.sk/judikatura/r/ECLI:SK:KSBB:2017:6016201032.2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