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20Sa/13/2017 z 24. 10. 2017</w:t>
      </w:r>
    </w:p>
    <w:p>
      <w:r>
        <w:t>Uznesenie Krajského súdu Banská Bystrica z 24. októbra 2017, sp. zn. 20Sa/13/2017, ECLI:SK:KSBB:2017:6017200119.2</w:t>
      </w:r>
    </w:p>
    <w:p>
      <w:r>
        <w:t>Súd: Krajský súd Banská Bystrica</w:t>
      </w:r>
    </w:p>
    <w:p>
      <w:r>
        <w:t>Spisová značka: 20Sa/13/2017</w:t>
      </w:r>
    </w:p>
    <w:p>
      <w:r>
        <w:t>ECLI: ECLI:SK:KSBB:2017:6017200119.2</w:t>
      </w:r>
    </w:p>
    <w:p>
      <w:r>
        <w:t>Dátum vydania: 24. 10. 2017</w:t>
      </w:r>
    </w:p>
    <w:p>
      <w:r>
        <w:t>Forma: Uznesenie</w:t>
      </w:r>
    </w:p>
    <w:p>
      <w:pPr>
        <w:pStyle w:val="Heading2"/>
      </w:pPr>
      <w:r>
        <w:t>Text rozhodnutia</w:t>
      </w:r>
    </w:p>
    <w:p>
      <w:r>
        <w:t>Súd: Krajský súd Banská Bystrica Spisová značka: 20Sa/13/2017 Identifikačné číslo súdneho spisu: 6017200119 Dátum vydania rozhodnutia: 25. 10. 2017 Meno a priezvisko sudcu, VSÚ: JUDr. Jarmila Badíková ECLI: ECLI:SK:KSBB:2017:6017200119.2 Uznesenie Krajský súd v Banskej Bystrici, ako správny súd, v právnej veci žalobkyne: X. A., nar. XX.XX.XXXX, trvale bytom X. XXXX/X, XXX XX E., zastúpená zákonným zástupcom: P. A., nar. XX.XX.XXXX, trvale bytom X. XXXX/X, XXX XX E., proti žalovanej: Sociálna poisťovňa - ústredie, so sídlom v Bratislave, 29 augusta č. 8, 813 63 Bratislava, o preskúmanie zákonnosti rozhodnutia žalovanej č. XXX XXX XXXX X zo dňa 06. februára 2017 o výške invalidného dôchodku, takto r o z h o d o l : I. Súd konanie vo veci rozhodnutia žalovanej č. XXX XXX XXXX X zo dňa 06. februára 2017 zastavuje. II. Po právoplatnosti rozhodnutia o zastavení konania vec postúpi generálnemu riaditeľovi Sociálnej poisťovne so sídlom v Bratislave, ul. 29 augusta č.8. III. Žiaden z účastníkov nemá právo na náhradu trov konania. o d ô v o d n e n i e : Napadnutým rozhodnutím žalovaná podľa § 71 ods. 2 a § 82 zákona č. 461/2003 Z. z. o sociálnom poistení (ďalej aj len „zákon o sociálnom poistení“) v znení neskorších predpisov priznala žalobkyni invalidný dôchodok v sume 326,00 Eur mesačne z dôvodu poklesu schopnosti žalobkyne vykonávať zárobkovú činnosť o viac ako 70% v porovnaní so zdravou fyzickou osobou. 2. Žalobkyňa podala na Krajskom súde v Banskej Bystrici dňa 27.03.2017 podanie označené ako „Odvolanie a žaloba na nezákonnosť voči časti rozhodnutia č. XXX XXX XXXX X zo dňa 06.02.2017“. V podaní žalobkyňa uviedla, že sa odvoláva voči výške sumy priznaného invalidného dôchodku. 3. Skôr, než pristúpil súd k vecnému preskúmaniu napadnutého rozhodnutia, zaoberal sa otázkou, či sú splnené procesné podmienky konania vzhľadom na novú právnu úpravu účinnú od 1. júla 2016. 4. Podľa § 55 ods. 3 zákona č. 162/2015 Z. z. Správny súdny poriadok (ďalej len „SSP“); každé podanie posudzuje správny súd podľa obsahu. 5. Podľa § 214 ods. 1 zákona o sociálnom poistení; proti rozhodnutiu organizačnej zložky Sociálnej poisťovne má účastník konania právo podať odvolanie, ak tento zákon neustanovuje inak alebo ak sa účastník konania nevzdal odvolania písomne alebo ústne do zápisnice. 6. Podľa § 215 ods. 4 zákona o sociálnom poistení; o odvolaní proti rozhodnutiu ústredia rozhoduje generálny riaditeľ. 7. Správny súd vyhodnotil podanie žalobkyne doručené tunajšiemu súdu dňa 27.03.2017 s ohľadom na jeho obsah ako odvolanie podané proti rozhodnutiu orgánu verejnej správy prvého stupňa. 8. Súd z obsahu spisu zistil, že žalovaná vydala rozhodnutie o priznaní invalidného dôchodku dňa 06.02.2017 a žalobkyňa sa voči nemu odvolala 27.03.2017 (t. j. po 30 júni 2016), preto o jej odvolaní v súlade s ustanovením § 215 ods. 4 zákona o sociálnom poistení rozhoduje generálny riaditeľ. 9. Podľa § 99 písm. h) SSP; správny súd konanie uznesením zastaví, ak tak ustanoví tento zákon alebo osobitný predpis. 10. Podľa § 18 ods. 1 SSP; ak správny súd zistí, že vec nepatrí do právomoci súdov, konanie zastaví; ak možno zistiť iný orgán, do ktorého právomoci vec patrí, správny súd mu vec po zastavení konania uznesením postúpi. 11. Z uvedeného je zrejmé, že rozhodnutie o odvolaní žalobkyne zo dňa 27.03.2017, ktoré bolo doručené Krajskému súdu v Banskej Bystrici, nepatrí do právomoci súdov, preto tunajší súd postupoval podľa § 99 písm. h) SSP v spojení s ustanovením § 18 ods.1 SSP, konanie vo veci zastavil a po právoplatnosti rozhodnutia vec postúpi na rozhodnutie orgánu, do ktorého právomoci patrí, t.j. generálnemu riaditeľovi Sociálnej poisťovne. 10. Súd o náhrade trov konania rozhodol podľa § 170 písm. b) SSP, v zmysle ktorého žiaden z účastníkov nemá právo na náhradu trov konania, ak bolo konanie zastavené. Poučenie: Proti výroku o zastavení konania (I. výrok) a o práve na náhradu trov konania (III. výrok) možno podať kasačnú sťažnosť do jedného mesiaca od doručenia tohto rozhodnutia na Krajský súd v Banskej Bystrici. Proti výroku o postúpení veci nie je prípustná kasačná sťažnosť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Kasačnú sťažnosť je potrebné predložiť v potrebnom počte rovnopisov s prílohami tak, aby sa jeden rovnopis s prílohami mohol založiť do súdneho spisu a aby každý ďalší ú konania dostal jeden rovnopis s prílohami. Ak sa nepredloží potrebný počet rovnopisov a príloh, správny súd vyhotoví kópie podania na trovy toho, kto podanie urobil.</w:t>
      </w:r>
    </w:p>
    <w:p/>
    <w:p>
      <w:r>
        <w:t>Zdroj: KAUZIS.SK – https://www.kauzis.sk/judikatura/r/ECLI:SK:KSBB:2017:6017200119.2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