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20Sa/18/2017 z 14. 6. 2017</w:t>
      </w:r>
    </w:p>
    <w:p>
      <w:r>
        <w:t>Uznesenie Krajského súdu Banská Bystrica z 14. júna 2017, sp. zn. 20Sa/18/2017, ECLI:SK:KSBB:2017:6017200225.1</w:t>
      </w:r>
    </w:p>
    <w:p>
      <w:r>
        <w:t>Súd: Krajský súd Banská Bystrica</w:t>
      </w:r>
    </w:p>
    <w:p>
      <w:r>
        <w:t>Spisová značka: 20Sa/18/2017</w:t>
      </w:r>
    </w:p>
    <w:p>
      <w:r>
        <w:t>ECLI: ECLI:SK:KSBB:2017:6017200225.1</w:t>
      </w:r>
    </w:p>
    <w:p>
      <w:r>
        <w:t>Dátum vydania: 14. 6. 2017</w:t>
      </w:r>
    </w:p>
    <w:p>
      <w:r>
        <w:t>Forma: Uznesenie</w:t>
      </w:r>
    </w:p>
    <w:p>
      <w:pPr>
        <w:pStyle w:val="Heading2"/>
      </w:pPr>
      <w:r>
        <w:t>Text rozhodnutia</w:t>
      </w:r>
    </w:p>
    <w:p>
      <w:r>
        <w:t>Súd: Krajský súd Banská Bystrica Spisová značka: 20Sa/18/2017 Identifikačné číslo súdneho spisu: 6017200225 Dátum vydania rozhodnutia: 15. 06. 2017 Meno a priezvisko sudcu, VSÚ: JUDr. Jarmila Badíková ECLI: ECLI:SK:KSBB:2017:6017200225.1 Uznesenie Krajský súd v Banskej Bystrici, ako správny súd, v právnej veci žalobcu: R. X., nar. XX. J. XXXX, bytom Q. X, XXX XX Z. Z., proti žalovanej: Sociálna poisťovňa, ústredie, Ul. 29. augusta č. 8-10, 813 63 Bratislava, o preskúmanie zákonnosti rozhodnutia žalovanej č. XXX XXX XXXX X zo dňa 24. apríla 2017, takto r o z h o d o l : I. Správny súd žalobu žalobcu odmieta. II. Súd postupuje žalobu o preskúmanie zákonnosti rozhodnutia žalovanej č. XXX XXX XXXX X zo dňa 24. apríla 2017 generálnemu riaditeľovi Sociálnej poisťovne. o d ô v o d n e n i e : 1. V právnej veci hore uvedených účastníkov konania podal žalobca osobne dňa 09.06.2017 na správnom súde podanie označené ako „Odvolanie proti rozhodnutiu Sociálnej poisťovni z dňa 10.4.2017“. K podaniu pripojil rozhodnutie žalovanej č. XXX XXX XXXX X zo dňa 24.04.2017. Z obsahu podania vyplýva, že žalobca sa domáha preskúmania zákonnosti rozhodnutia žalovanej č. XXX XXX XXXX X zo dňa 24.04.2017. Uvedeným rozhodnutím žalovaná zamietla žiadosť žalobcu o zvýšenie invalidného dôchodku podľa § 73 a § 112 ods. 4 zákona č. 461/2003 Z. z. o sociálnom poistení v znení neskorších predpisov (ďalej v texte „zákon o sociálnom poistení“). Žalovaná poučila žalobcu o možnosti súdneho preskúmania napadnutého rozhodnutia. 2. Podľa § 55 ods. 3 zákona č. 162/2015 Z. z. Správny súdny poriadok (ďalej v texte „SSP“); každé podanie posudzuje správny súd podľa jeho obsahu. 3. Správny súd aplikoval ustanovenie § 55 ods. 3 SSP a posúdil podanie žalobcu ako správnu žalobu v sociálnych veciach podľa § 199 a nasl. SSP. 4.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5. Podľa § 98 ods. 1 písm. g) SSP; správny súd uznesením odmietne žalobu, ak je neprípustná. 6. Podľa § 98 ods. 2 SSP; ak žalobca podal žalobu preto, že sa riadil nesprávnym poučením orgánu verejnej správy o tom, že voči jeho rozhodnutiu alebo opatreniu nie je prípustný riadny opravný prostriedok, správny súd v uznesení o odmietnutí žaloby podľa odseku 1 písm. g) súčasne rozhodne o postúpení veci prvostupňovému orgánu verejnej správy. Ak bola v takom prípade žaloba podaná na správnom súde včas, platí, že riadny opravný prostriedok bol podaný včas. 7. Podľa § 214 ods. 1 a 2 zákona o sociálnom poistení; (1) Proti rozhodnutiu organizačnej zložky Sociálnej poisťovne má účastník konania právo podať odvolanie, ak tento zákon neustanovuje inak alebo ak sa účastník konania nevzdal odvolania písomne alebo ústne do zápisnice. (2) Odvolanie nie je prípustné proti rozhodnutiu o povolení splátok dlžných súm poistného, príspevku na starobné dôchodkové sporenie, pokuty a penále. 8. Podľa § 215 ods. 4 zákona o sociálnom poistení o odvolaní proti rozhodnutiu ústredia rozhoduje generálny riaditeľ. 9. Správny súd po predbežnom preskúmaní žaloby a jej príloh zistil, že žalobca sa domáha preskúmania rozhodnutia žalovanej, ktorá rozhodovala o žiadosti žalobcu o zvýšenie invalidného dôchodku ako orgánu verejnej správy prvého stupňa. Z § 214 ods. 1 a 2 a § 215 ods. 4 zákona o sociálnom poistení platného v čase vydania rozhodnutia vyplýva, že voči prvostupňovému rozhodnutiu ústredia Sociálnej poisťovne je prípustné odvolanie, o ktorom rozhoduje generálny riaditeľ. 10. Od 01.07.2016 došlo zákonom č. 125/2016 Z. z. k zrušeniu ust. § 219 a 220 zákona o sociálnom poistení, ktoré umožňovali súdu, aby rozhodoval o opravnom prostriedku proti prvostupňovému orgánu organizačných zložiek žalovanej (§ 219), alebo aby preskúmaval neprávoplatné rozhodnutia ústredia (§ 220), a to vo veciach uvedených v § 179 ods. 1 písm. a) prvom bode až treťom bode zákona o sociálnom poistení. Zrušením tohto ustanovenia už neprávoplatné rozhodnutia žalovanej, voči ktorým je prípustné odvolanie, nie sú preskúmateľné súdom. Správny súd od 01.07.2016 preskúmava len právoplatné rozhodnutia generálneho riaditeľa Sociálnej poisťovne o podanom odvolaní voči rozhodnutiu orgánu verejnej správy prvého stupňa [§ 7 písm. a) SSP a contrario]. 11. V danej veci žalovaná rozhodla za účinnosti novej právnej úpravy dňa 24.04.2017. Žalovaná však v poučení napadnutého rozhodnutia uviedla, že proti jej rozhodnutiu môže žalobca podať návrh na jeho preskúmanie súdom v lehote 30 dní od doručenia rozhodnutia. Poučenie žalovanej je vzhľadom na vyššie uvedené skutočnosti nesprávne. Keďže proti napadnutému rozhodnutiu žalovanej je prípustné odvolanie, o ktorom rozhoduje generálny riaditeľ, preskúmateľnosť rozhodnutia je podľa § 7 písm. a) SSP vylúčená pre nevyčerpanie všetkých riadnych opravných prostriedkov. Súd je oprávnený v tomto prípade preskúmať len rozhodnutie, ktorým odvolací orgán rozhodol o podanom opravnom prostriedku. 12. Žaloba proti rozhodnutiu, ktoré nie je preskúmateľné súdom, je neprípustná. Preto súd aplikujúc § 98 ods. 1 písm. g) žalobu žalobcu odmietol. 13. Žalobca sa pri podaní žaloby riadil nesprávnym poučením žalovanej, čo malo za následok nesprávne uplatnenie opravného prostriedku. Nesprávne poučenie orgánu verejnej správy však nemôže spôsobiť ujmu na právach žalobcu. Správny súd z toho dôvodu podľa § 98 ods. 2 SSP postúpil vec generálnemu riaditeľovi Sociálnej poisťovne, ktorý je príslušný na rozhodnutie o opravnom prostriedku žalobcu. Žalobca podal žalobu na správnom súde dňa 09.06.2017. Žaloba bola podaná v zákonnej lehote 2 mesiacov (§ 181 ods. 1 SSP). Vzhľadom na to je v zmysle § 98 ods. 2 SSP zachovaná domnienka, podľa ktorej ak bola žaloba podaná na správnom súde včas, platí, že riadny opravný prostriedok bol podaný včas. Príslušný orgán preto musí o nesprávne podanej žalobe rozhodnúť, ako keby išlo o riadne a včas podané odvolanie. Poučenie: Uznesenie je právoplatné jeho doručením (§ 151 ods. 2 SSP). Proti tomuto uzneseniu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alebo opomenutý sťažovateľ nemusí byť v konaní o kasačnej sťažnosti zastúpený advokátom (§ 449 ods. 2 písm. b) SSP).</w:t>
      </w:r>
    </w:p>
    <w:p/>
    <w:p>
      <w:r>
        <w:t>Zdroj: KAUZIS.SK – https://www.kauzis.sk/judikatura/r/ECLI:SK:KSBB:2017:6017200225.1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