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14Co/504/2016 z 25. 9. 2017</w:t>
      </w:r>
    </w:p>
    <w:p>
      <w:r>
        <w:t>Opravné uznesenie Krajského súdu Banská Bystrica z 25. septembra 2017, sp. zn. 14Co/504/2016, ECLI:SK:KSBB:2017:6116205193.2</w:t>
      </w:r>
    </w:p>
    <w:p>
      <w:r>
        <w:t>Súd: Krajský súd Banská Bystrica</w:t>
      </w:r>
    </w:p>
    <w:p>
      <w:r>
        <w:t>Spisová značka: 14Co/504/2016</w:t>
      </w:r>
    </w:p>
    <w:p>
      <w:r>
        <w:t>ECLI: ECLI:SK:KSBB:2017:6116205193.2</w:t>
      </w:r>
    </w:p>
    <w:p>
      <w:r>
        <w:t>Dátum vydania: 25. 9. 2017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14Co/504/2016 Identifikačné číslo súdneho spisu: 6116205193 Dátum vydania rozhodnutia: 26. 09. 2017 Meno a priezvisko sudcu, VSÚ: JUDr. Peter Priehoda ECLI: ECLI:SK:KSBB:2017:6116205193.2 Opravné uznesenie Krajský súd v Banskej Bystrici v senáte zloženom z predsedu senátu JUDr. Petra Priehodu a členov senátu JUDr. Márie Podhorovej a JUDr. Anny Snopčokovej, v právnej veci žalobcov: 1/ G.. Q. M., nar. XX. XX. XXXX, bytom N. F. X, XXX XX W. W., 2/ ALIANCIA, s.r.o., so sídlom Žltý piesok 4, 974 01 Banská Bystrica, IČO: 31 619 355, proti žalovaným: 1/ U.. Y. F., zamestnaná ako X. E. X. W. W., 2/ U.. P. W., zamestnaný ako X. E. X. W. W., 3/ U.. G. Q., zamestnaná ako X. E. X. W. W., X. XX, W. W., o odškodnenie 50 000,- Eur duševnej ujmy a traumy, takto r o z h o d o l : I. O p r a v u j e úvodnú časť uznesenia Krajského súdu v Banskej Bystrici zo dňa 30. 01. 2017 číslo konania 14Co/504/2016 - 92 v označení rozhodnutia súdu, proti ktorému odvolanie žalobcov smerovalo, tak, že toto znie: „proti uzneseniu Okresného súdu Brezno číslo konania 5C/107/2016 - 47 zo dňa 11. 08. 2016“. II. V ostatnej časti zostáva uznesenie krajského súdu nedotknuté. o d ô v o d n e n i e : 1. Z písomného podnetu žalobcov v spise vyplynulo, že v uznesení krajského súdu, jeho úvodnej časti, došlo k nesprávnemu označeniu súdu, proti ktorému odvolanie smerovalo. 2. Preskúmaním obsahu spisu bolo zistené, že odvolanie žalobcov smerovalo proti uzneseniu Okresného súdu Brezno číslo konania 5C/107/2016 - 47 zo dňa 11. augusta 2016. V úvodnej časti uznesenia krajského súdu je však nesprávne uvedené, že išlo o uznesenie Okresného súdu Banská Bystrica. 3. Podľa § 224 CSP súd kedykoľvek aj bez návrhu opraví v rozsudku chyby v písaní a počítaní, ako aj iné zrejmé nesprávnosti. O oprave súd vydá opravné uznesenie, ktoré doručí subjektom konania. 4. Uvedené ustanovenie v spojení s § 234 ods. 2 CSP platí aj pre uznesenie. 5. Je nesporné, že pri vyhotovovaní rozhodnutia došlo k chybe v označení súdu, proti ktorému odvolanie žalobcov smerovalo. Správne označenie súdu je Okresný súd Brezno a nie Okresný súd Banská Bystrica. 6. Uvedená chyba bola odstránená opravným uznesením vydaným v súlade s § 224 CSP, kde oprava je vykonaná v jeho výroku. 7. Krajský súd preto rozhodol tak, ako je uvedené vo výroku uznesenia. 8. Rozhodnutie bolo prijaté senátom krajského súdu pomerom hlasov 3:0. Poučenie: Proti tomuto uzneseniu odvolanie nie je prípustné.</w:t>
      </w:r>
    </w:p>
    <w:p/>
    <w:p>
      <w:r>
        <w:t>Zdroj: KAUZIS.SK – https://www.kauzis.sk/judikatura/r/ECLI:SK:KSBB:2017:6116205193.2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