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17Co/188/2017 z 28. 6. 2017</w:t>
      </w:r>
    </w:p>
    <w:p>
      <w:r>
        <w:t>Uznesenie Krajského súdu Banská Bystrica z 28. júna 2017, sp. zn. 17Co/188/2017, ECLI:SK:KSBB:2017:6317200095.1</w:t>
      </w:r>
    </w:p>
    <w:p>
      <w:r>
        <w:t>Súd: Krajský súd Banská Bystrica</w:t>
      </w:r>
    </w:p>
    <w:p>
      <w:r>
        <w:t>Spisová značka: 17Co/188/2017</w:t>
      </w:r>
    </w:p>
    <w:p>
      <w:r>
        <w:t>ECLI: ECLI:SK:KSBB:2017:6317200095.1</w:t>
      </w:r>
    </w:p>
    <w:p>
      <w:r>
        <w:t>Dátum vydania: 28. 6. 2017</w:t>
      </w:r>
    </w:p>
    <w:p>
      <w:r>
        <w:t>Forma: Uznesenie</w:t>
      </w:r>
    </w:p>
    <w:p>
      <w:r>
        <w:t>Oblasť práva: Občianske právo</w:t>
      </w:r>
    </w:p>
    <w:p>
      <w:pPr>
        <w:pStyle w:val="Heading2"/>
      </w:pPr>
      <w:r>
        <w:t>Text rozhodnutia</w:t>
      </w:r>
    </w:p>
    <w:p>
      <w:r>
        <w:t>Súd: Krajský súd Banská Bystrica Spisová značka: 17Co/188/2017 Identifikačné číslo súdneho spisu: 6317200095 Dátum vydania rozhodnutia: 29. 06. 2017 Meno a priezvisko sudcu, VSÚ: Mgr. Dušan Ďurian ECLI: ECLI:SK:KSBB:2017:6317200095.1 Uznesenie Krajský súd v Banskej Bystrici, ako súd odvolací, v senáte zloženom z predsedu senátu Mgr. Dušana Ďuriana a sudkýň JUDr. Zity Nagypálovej a JUDr. Renáty Deákovej, ako členiek senátu, v právnej veci žalobcu Home Credit Slovakia, a.s., IČO: 36234176, so sídlom v Piešťanoch, Teplická č. 7434/147, zastúpeného právnym zástupcom Advokátska kancelária GOLIAŠOVÁ GABRIELA s.r.o., IČO: 47234679, so sídlom v Trenčíne, 1. mája č. 173/11, v mene ktorého pred súdom koná Mgr. Gabriela Goliašová, advokátka a konateľka, proti žalovanému I. J., nar. XX.XX.XXXX, trvale bytom v G., G. C. č. XX, o zaplatenie 168,- € s príslušenstvom, o späťvzatí žaloby žalobcu po rozhodnutí Okresného súdu Brezno platobným rozkazom č.k. 5Csp/4/2017-54 zo dňa 01.03.2017, ako súdu prvej inštancie, takto r o z h o d o l : Odvolací súd p r i p ú š ť a späťvzatie žaloby zo dňa 20.12.2016, platobný rozkaz súdu prvej inštancie č.k. 5Csp/4/2017-54 zo dňa 01.03.2017 z r u š u j e a konanie z a s t a v u j e. Žalovanému p r i z n á v a nárok na náhradu trov konania proti žalobcovi v plnom rozsahu. o d ô v o d n e n i e : 1. Dňa 09.01.2017 doručil žalobca súdu prvej inštancie žalobu zo dňa 20.12.2016, ktorou sa voči žalovanému domáhal zaplatenia sumy 168,- € s príslušenstvom a náhrady trov konania z titulu nevrátenej pôžičky na základe zmluvy o pôžičke č. XXXXXXXXXX zo dňa 19.08.2015. 2. O žalobe žalobcu rozhodol súd prvej inštancie platobným rozkazom č.k. 5Csp/4/2017-54 zo dňa 01.03.2017, ktorým uložil žalovanému povinnosť zaplatiť žalobcovi sumu 168,- € s príslušenstvom do 15 dní od doručenia platobného rozkazu (prvý výrok) a súčasne uložil žalovanému povinnosť nahradiť žalobcovi trovy právneho zastúpenia v sume 63,77 € a ostatné trovy v sume 16,50 € do 15 dní od doručenia platobného rozkazu (druhý výrok); predmetný platobný rozkaz doručil súd prvej inštancie právnemu zástupcovi žalobcu do vlastných rúk dňa 10.03.2017 prostredníctvom elektronickej pošty (č.l. 61 spisu) a žalovanému do vlastných rúk dňa 20.03.2017 prostredníctvom pošty (č.l. 56 spisu). 3. Dňa 31.03.2017 doručil žalobca súdu prvej inštancie písomné podanie označené ako „späťvzatie žaloby; návrh na zastavenie konania“ (č.l. 63 spisu), ktorým vzal žalobu v celom rozsahu späť a navrhol zastavenie konania. 4. Podanie žalobcu, ktorým vzal žalobu v celom rozsahu späť po vydaní platobného rozkazu zo dňa 01.03.2017, doručil súd prvej inštancie žalovanému dňa 05.05.2017 prostredníctvom pošty (č.l. 67 spisu) spolu s výzvou na oznámenie, či so späťvzatím žaloby súhlasí do 5 dní od doručenia výzvy; dňa 12.05.2017 doručil žalovaný súdu prvej inštancie písomné podanie zo dňa 08.05.2017 (č.l. 69 spisu), v ktorom uviedol, že so späťvzatím žaloby súhlasí. 5.1 Podľa § 370 ods. 1 C.s.p., ak je žaloba vzatá späť po rozhodnutí súdu prvej inštancie, ale skôr, ako rozhodnutie nadobudlo právoplatnosť, odvolací súd rozhodne o pripustení späťvzatia. 5.2 Podľa § 370 ods. 2 C.s.p., súd späťvzatie žaloby nepripustí, ak s tým protistrana z vážnych dôvodov nesúhlasí. Ak späťvzatie žaloby pripustí, odvolací súd zruší rozhodnutie súdu prvej inštancie a konanie zastaví. 6. Vzhľadom na to, že v prejednávanej veci vzal žalobca svoju žalobu v celom rozsahu späť po rozhodnutí súdu prvej inštancie, ktoré do okamihu späťvzatia žaloby nenadobudlo právoplatnosť a žalovaný so späťvzatím žaloby súhlasil, odvolací súd späťvzatie žaloby pripustil, predmetný platobný rozkaz súdu prvej inštancie zrušil a konanie zastavil. Odvolací súd mal preukázané, že k späťvzatiu žaloby zo strany žalobcu došlo skôr ako predmetný platobný rozkaz súdu prvej inštancie nadobudol právoplatnosť, pretože posledný deň zákonnej lehoty na podanie odporu pripadol na deň 04.04.2017 a späťvzatie žaloby doručil žalobca súdu prvej inštancie dňa 31.03.2017, t.j. v rámci lehoty na podanie odporu (§ 121 ods. 5 C.s.p.). 7. O nároku na náhradu trov konania rozhodol odvolací súd podľa § 396 ods. 1 C.s.p., podľa ktorého ustanovenia o trovách konania pred súdom prvej inštancie sa použijú aj na odvolacie konanie v spojení s § 256 ods. 1 C.s.p., podľa ktorého ak strana procesne zavinila zastavenie konania, súd prizná náhradu trov konania protistrane a v spojení s § 262 ods. 1 C.s.p., podľa ktorého o nároku na náhradu trov konania rozhodne aj bez návrhu súd v rozhodnutí, ktorým sa konanie končí. Žalobca v späťvzatí žaloby neuviedol žiadny dôvod späťvzatia, preto z procesného hľadiska zavinil zastavenie konania. Nakoľko žalobca späťvzatím žaloby procesne zavinil zastavenie konania vznikol žalovanému proti žalobcovi nárok na náhradu trov konania v plnom rozsahu. O samotnej výške náhrady trov konania rozhodne súd prvej inštancie po právoplatnosti rozhodnutia, ktorým sa konanie končí, samostatným uznesením, ktoré vydá súdny úradník (§ 262 ods. 2 C.s.p.). 8. Toto rozhodnutie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https://www.kauzis.sk/judikatura/r/ECLI:SK:KSBB:2017:6317200095.1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