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26Sa/26/2016 z 16. 1. 2018</w:t>
      </w:r>
    </w:p>
    <w:p>
      <w:r>
        <w:t>Rozhodnutie Krajského súdu Banská Bystrica z 16. januára 2018, sp. zn. 26Sa/26/2016, ECLI:SK:KSBB:2018:6016200799.2</w:t>
      </w:r>
    </w:p>
    <w:p>
      <w:r>
        <w:t>Súd: Krajský súd Banská Bystrica</w:t>
      </w:r>
    </w:p>
    <w:p>
      <w:r>
        <w:t>Spisová značka: 26Sa/26/2016</w:t>
      </w:r>
    </w:p>
    <w:p>
      <w:r>
        <w:t>ECLI: ECLI:SK:KSBB:2018:6016200799.2</w:t>
      </w:r>
    </w:p>
    <w:p>
      <w:r>
        <w:t>Dátum vydania: 16. 1. 2018</w:t>
      </w:r>
    </w:p>
    <w:p>
      <w:r>
        <w:t>Forma: Rozhodnutie</w:t>
      </w:r>
    </w:p>
    <w:p>
      <w:r>
        <w:t>Oblasť práva: Správne právo</w:t>
      </w:r>
    </w:p>
    <w:p>
      <w:pPr>
        <w:pStyle w:val="Heading2"/>
      </w:pPr>
      <w:r>
        <w:t>Text rozhodnutia</w:t>
      </w:r>
    </w:p>
    <w:p>
      <w:r>
        <w:t>Súd: Krajský súd Banská Bystrica Spisová značka: 26Sa/26/2016 Identifikačné číslo súdneho spisu: 6016200799 Dátum vydania rozhodnutia: 17. 01. 2018 Meno a priezvisko sudcu, VSÚ: Mgr. Ivana Datlová ECLI: ECLI:SK:KSBB:2018:6016200799.2 Rozhodnutie Krajský súd v Banskej Bystrici samosudkyňou Mgr. Ivanou Datlovou v právnej veci navrhovateľa T. K., nar. XX. S. XXXX, trvale bytom A. R. XXX/XX, S., proti odporkyni Sociálnej poisťovni - ústrediu so sídlom v Bratislave, Ul. 29. augusta č. 8, o preskúmanie zákonnosti postupu a rozhodnutia odporkyne č. XXX XXX XXXX X z 9. marca 2016 o zamietnutí žiadosti o priznanie invalidného dôchodku, takto r o z h o d o l : Rozhodnutie odporkyne č. XXX XXX XXXX X z 9. marca 2016 potvrdzuje. Navrhovateľovi náhradu trov konania nepriznáva. o d ô v o d n e n i e : Napadnutým rozhodnutím odporkyňa zamietla žiadosť navrhovateľa o priznanie invalidného dôchodku z 8. februára 2016, pretože posudkovým lekárom sociálneho poistenia nebol uznaný pri konštatovanej 35 % miere jeho zníženej pracovnej schopnosti v porovnaní so zdravou fyzickou osobou za invalidného, v dôsledku čoho mu nárok na invalidný dôchodok nevznikol. Navrhovateľ sa voči rozhodnutiu odporkyne odvolal a poukázal na to, že údaje uvedené v lekárskej správe posudkového lekára neboli v súlade s jeho zdravotnou dokumentáciou. Neurológom bola uňho zistená stredne ťažká polyneuropatia, v dôsledku čoho má obmedzenú stabilitu, pociťuje slabosť a nemôže vykonávať ani bežné činnosti. Tiež je sledovaný pre ťažkú hepatopatiu, prekonal epiparoxyzmus a v dôsledku uvedeného kolíše jeho pozornosť a má ťažkosti s pamäťou. 2 6Sa / 2 6 / 2 0 1 6 - 2 - Na pojednávanie pred krajským súdom sa navrhovateľ nedostavil, svoju neúčasť ospravedlnil s tým, že sa nachádza mimo územia Slovenskej republiky a súhlasil, aby súd vec prejednal v jeho neprítomnosti. Odporkyňa na pojednávaní pred krajským súdom navrhla v zhode s písomným vyjadrením potvrdiť napadnuté rozhodnutie ako vecne správne. Zdôraznila, že ani po opakovanom posúdení zdravotného stavu navrhovateľa nedošlo k zmene vysloveného posudkového záveru a pokles jeho pracovnej schopnosti bol naďalej konštatovaný na úrovni 35 %, čo invaliditu nepodmieňuje. Dňa 1. júla 2016 vstúpil do účinnosti zákon č. 162/2015 Z.z.- Správny súdny poriadok, ktorý v ust. § 492 ods. 1 zakotvil, že konania podľa III. hlavy piatej časti O.s.p., začaté predo dňom nadobudnutia účinnosti tohto zákona, sa dokončia podľa doterajších predpisov. Preskúmavacie konanie krajského súdu bolo začaté odvolaním navrhovateľa, ktoré bolo odporkyni doručené 11. apríla 2016, tj. pred 1. júlom 2016, preto krajský súd preskúmal napadnuté rozhodnutie odporkyne i konanie, ktoré mu predchádzalo podľa doterajšej právnej úpravy, § 250l ods. 1 O.s.p., v neprítomnosti navrhovateľa podľa § 250g ods. 2 O.s.p. a pri rozhodovaní prihliadol na ostatné vykonané dôkazy. Vypočul odporkyňu, oboznámil sa s s obsahom administratívneho spisu a to so žiadosťou navrhovateľa o priznanie invalidného dôchodku, s lekárskymi správami posudkových lekárov pobočky a ústredia Sociálnej poisťovne, so zdravotnou dokumentáciou navrhovateľa, s rozhodnutím Českej správy sociálneho zabezpečenia o zamietnutí žiadosti navrhovateľa o priznanie invalidného dôchodku a dospel k záveru,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2 6Sa / 2 6 / 2 0 1 6 - 3 -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V., pol. 7, písm. a) možno pokles pracovnej schopnosti poistenca pre duševné poruchy a poruchy správania spôsobené užívaním psychoaktívnych látok, ich stredne ťažké formy vyjadriť v rozpätí 20-35 %. Percentuálna miera schopnosti zárobkovej činnosti sa určuje podľa prevažujúcich symptómov z orgánového alebo psychického postihnutia uvedeného v tejto prílohe. Preskúmaním veci krajský súd zistil, že navrhovateľ požiadal odporkyňu o priznanie invalidného dôchodku od 8. februára 2016 žiadosťou z toho istého dňa. Za účelom rozhodnutia o tejto žiadosti bol posudzovaný jeho zdravotný stav posudkovým lekárom pobočky Sociálnej poisťovne so sídlom vo Zvolene. V posudku z 8. februára 2016 vychádzal posudkový lekár okrem vlastného klinického vyšetrenia navrhovateľa z prepúšťacej správy z psychiatrickej hospitalizácie z decembra 2015 a z neurologického vyšetrenia zo septembra 2015 a za jeho rozhodujúce zdravotné postihnutie označil poruchy psychiky a správania zapríčinené užívaním alkoholu, tj. duševné ochorenie so zaradením pod kapitolu V., pol. 7, písm. a) prílohy č. 4 k zákonu o sociálnom poistení. V posudku uviedol, že 47- ročný posudzovaný navrhovateľ je sledovaný najmä psychiatrom pre syndróm závislosti na alkohole s nutnosťou hospitalizácie na psychiatrickom oddelení, v rámci ktorej po primeranej liečbe došlo k stabilizácii ochorenia. Pre slabosť dolných končatín bol vyšetrený neurológom, podľa klinického obrazu je prítomné poškodenie dolných končatín v zmysle polyneuropatie hodnotené ako ľahkého stupňa. Uvedené posúdenie zdravotného stavu navrhovateľa, ktoré nebolo po podaní jeho odvolania na pobočke Sociálnej poisťovne zmenené, bolo podkladom pre vydanie napadnutého rozhodnutia. V posudku z 5. mája 2016 posudkový lekár pobočky Sociálnej poisťovne doplnil, že ani na základe novo doloženého nálezu psychiatra z 18. februára 2016 nebolo možné u navrhovateľa konštatovať výrazné zhoršenie jeho zdravotného stavu. Pretože navrhovateľovi nebolo na pobočke Sociálnej poisťovne vyhovené a nebol uznaný invalidným, zaoberal sa v rámci odvolacieho správneho konania posúdením jeho zdravotného stavu aj posudkový lekár ústredia Sociálnej poisťovne, pracovisko v Banskej Bystrici. Posúdenie zdravotného stavu navrhovateľa bolo vykonané v jeho neprítomnosti, 2 6Sa / 2 6 / 2 0 1 6 - 4 - o čom bol navrhovateľ informovaný, pretože svoju neúčasť na posúdení zdravotného stavu ospravedlnil vycestovaním do zahraničia. V posudku z 28. júla 2016 vychádzal posudkový lekár z totožných odborných lekárskych nálezov ako prvoposudzovateľ a dospel k rovnakému posudkovému záveru vo všetkých jeho častiach. V posudku uviedol, že pre stanovenie miery poklesu schopnosti vykonávať zárobkovú činnosť sú u navrhovateľa s dosiahnutým odborným vzdelaním, bez závažnejšieho predchorobia, považované chronické následky pri nadmernom užívaní alkoholu. Absolvoval opakované hospitalizácie v rámci PAL, naposledy v decembri 2015, odvtedy je v odborných nálezoch konštatovaná dlhotrvajúca abstinencia bez výraznejších psychických zmien, s organickým psychosyndrómom ľahšieho stupňa a mierna polyneuroptia dolných končatín a hepatopatia. Po komplexnom zhodnotení somatických a psychických následkov uzavrel, že stav navrhovateľa zodpovedá poklesu jeho pracovnej schopnosti na úrovni 35 %, čo je horná hranica pre stredne ťažkú formu tohto ochorenia. Konštatoval, že neboli objektívne preukázané žiadne pridružené ochorenia, ktoré by ovplyvňovali jeho schopnosť vykonávať zárobkovú činnosť, zodpovedajúcu jeho vzdelaniu.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preukázaných aktuálnych zdravotných ťažkostí navrhovateľa v zmysle chronických následkov, vyvolaných nadmerným užívaním alkoholu z hľadiska orgánového a psychického postihnutia dospela odporkyňa k správnemu označeniu jeho rozhodujúceho 2 6Sa / 2 6 / 2 0 1 6 - 5 - zdravotného postihnutia, správne ho zaradila v rámci prílohy č. 4 k zákonu o sociálnom poistení a pokles jeho pracovnej schopnosti vyjadrila na hornej hranici možného percentuálneho rozpätia, 35 %. Správne nevyužila zákonnú možnosť navýšenia percentuálnej miery jeho zníženej pracovnej schopnosti aj pre ďalšie posudkovo významné zdravotné ťažkosti, pretože u navrhovateľa neboli na základe predloženej zdravotnej dokumentácie zistené. Vyslovený posudkový záver nemohli ovplyvniť ani námietky navrhovateľa, uvedené v jeho odvolaní. Hoci v neurologickom náleze z októbra 2014 bol na základe EMG vyšetrenia konštatovaný nález axonálnej senzitívne-motorickej polyneuropatie stredného stupňa, po aplikovanej liečbe, pri ďalšom kontrolnom EMG vyšetrení, ktoré bolo realizované 23. septembra 2015 bola v závere tohto vyšetrenia konštatovaná senzitívna neuropatia ľahkého axonálne demyelinizačného typu poškodenia tzn., že predtým konštatovaný nález axonálnej senzitívne-motorickej polyneuropatie stredného stupňa nebol liečbou neovplyvniteľný, naopak, nasledujúcim EMG vyšetrením bolo v tomto smere zistené zlepšenie stavu. Pre účely invalidizácie je však podstatný dlhodobo nepriaznivý a liečbou neovplyvniteľný zdravotný stav poistenca. Hoci poukazoval na kolísanie pozornosti aj psychomotorického tempa a problémy s krátkodobou pamäťou, psychiatrom bol stav hodnotený ako organický psychosyndróm ľahkého stupňa, s narušením pôvodného psychického aj somatického výkonu a výdrže, jeho stav bol však stabilizovaný, bol plne orientovaný, normotýmny s nenarušeným testovaním reality. Opakovane z predložených psychiatrických nálezov vyplynulo, že zdravotný stav navrhovateľa je pri duševnom postihnutí veľmi dobre kompenzovaný a je stabilizovaný. Organický psychosyndróm ľahšieho stupňa bol posudkovo zhodnotený v rámci zaradenia jeho rozhodujúceho zdravotného postihnutia pod aplikovanú položku, v ktorej sa predpokladajú stredne ťažké formy duševných porúch a porúch správania a u navrhovateľa tento stupeň duševného postihnutia z odborných lekárskych nálezov nevyplynul. Pretrvávanie hepatopatie po nariadenej liečbe a úprave životosprávy v zmysle úplnej abstinencie preukázané nebolo. Aj tento somatický dôsledok nevhodnej životosprávy je podľa posudkových kritérií zohľadnený v jeho rozhodujúcom zdravotnom postihnutí. Na základe takto úplne a správne zisteného aktuálneho stavu zdravotných ťažkostí navrhovateľa dospela odporkyňa k správnemu skutkovému zisteniu, že jeho invalidita nevznikla, pretože jeho pracovná schopnosť nepoklesla o viac ako o 40 % v porovnaní so zdravou fyzickou osobou. Z uvedeného správne vyvodila, že mu nevznikol nárok na invalidný dôchodok, pretože ten je podmienený vznikom invalidity poistenca, ktorá u navrhovateľa zistená nebola. Správne preto napadnutým rozhodnutím žiadosť navrhovateľa o priznanie invalidného dôchodku zamietla a krajský súd jej rozhodnutie ako súladné so zákonom potvrdil. 2 6Sa / 2 6 / 2 0 1 6 - 6 - O náhrade trov konania rozhodol podľa § 250k ods. 1 O.s.p. s použitím ust. § 250l ods. 2 O.s.p. a navrhovateľovi, ktorý v konaní pred súdom nebol úspešný, právo na náhradu trov konania nepriznal.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https://www.kauzis.sk/judikatura/r/ECLI:SK:KSBB:2018:6016200799.2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