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Banská Bystrica sp. zn. 15Co/367/2016 z 11. 9. 2018</w:t>
      </w:r>
    </w:p>
    <w:p>
      <w:r>
        <w:t>Opravné uznesenie Krajského súdu Banská Bystrica z 11. septembra 2018, sp. zn. 15Co/367/2016, ECLI:SK:KSBB:2018:6415212185.2</w:t>
      </w:r>
    </w:p>
    <w:p>
      <w:r>
        <w:t>Súd: Krajský súd Banská Bystrica</w:t>
      </w:r>
    </w:p>
    <w:p>
      <w:r>
        <w:t>Spisová značka: 15Co/367/2016</w:t>
      </w:r>
    </w:p>
    <w:p>
      <w:r>
        <w:t>ECLI: ECLI:SK:KSBB:2018:6415212185.2</w:t>
      </w:r>
    </w:p>
    <w:p>
      <w:r>
        <w:t>Dátum vydania: 11. 9. 2018</w:t>
      </w:r>
    </w:p>
    <w:p>
      <w:r>
        <w:t>Forma: Opravné uznesenie</w:t>
      </w:r>
    </w:p>
    <w:p>
      <w:pPr>
        <w:pStyle w:val="Heading2"/>
      </w:pPr>
      <w:r>
        <w:t>Text rozhodnutia</w:t>
      </w:r>
    </w:p>
    <w:p>
      <w:r>
        <w:t>Súd: Krajský súd Banská Bystrica Spisová značka: 15Co/367/2016 Identifikačné číslo súdneho spisu: 6415212185 Dátum vydania rozhodnutia: 12. 09. 2018 Meno a priezvisko sudcu, VSÚ: JUDr. Klaudia Kosková ECLI: ECLI:SK:KSBB:2018:6415212185.2 Opravné uznesenie Krajský súd v Banskej Bystrici, v právnej veci žalobkyne M. A., nar. XX.XX.XXXX, bytom G. XX, zast. Advokátska kancelária JUDr. Peter Rybár s.r.o., so sídlom Kuzmányho 29, 040 01 Košice, IČO: 47 234 466, proti žalovanému PROFI CREDIT Slovakia s. r. o. , so sídlom Pribinova 25, 824 96 Bratislava, IČO: 35 792 752, zast. Advokátska kancelária JUDr. Andrea Cviková, s.r.o., so sídlom Kubániho 16, 811 04 Bratislava, IČO: 47 233 516, o zaplatenie 2 451,92 eur, na odvolanie žalovaného proti rozsudku Okresného súdu v Žiari nad Hronom č. k. 5C/407/2015 - 80, zo dňa 23. marca 2016, takto r o z h o d o l : Rozsudok Krajského súdu v Banskej Bystrici zo dňa 29. 11.2017, sp. zn.: 15 Co/367/2016 - 121 opravuje tak, že v záhlaví dopĺňa meno a adresu právneho zástupcu žalovaného „Advokátska kancelária JUDr. Andrea Cviková, s.r.o., so sídlom Kubániho 16, 811 04 Bratislava, IČO: 47 233 516.“ o d ô v o d n e n i e : 1. Okresný súd Žiar nad Hronom predložil Krajskému súdu v Banskej Bystrici vec za účelom vyhotovenia opravného uznesenia k rozsudku Krajského súdu v Banskej Bystrici zo dňa 29. 11.2017, sp. zn.: 15 Co/367/2016 - 121, z dôvodu, že krajský súd v uvedenom rozsudku opomenul v záhlaví uviesť meno a adresu právneho zástupcu žalovaného. 2. Podľa ustanovenia § 224 CSP súd kedykoľvek aj bez návrhu opraví v rozsudku chyby v písaní a počítaní, ako aj iné zrejmé nesprávnosti. O oprave súd vydá opravné uznesenie, ktoré doručí subjektom konania. 3. Vzhľadom na zistenú zrejmú nesprávnosť odvolací súd opravil svoj rozsudok v záhlaví tak že tu doplnil meno a dresu právneho zástupcu žalovaného: „Advokátska kancelária JUDr. Andrea Cviková, s.r.o., so sídlom Kubániho 16, 811 04 Bratislava, IČO: 47 233 516.“ 4. O oprave odvolací súd rozhodoval podľa § 46 ods. 3 CSP, podľa ktorého predseda senátu vykonáva úkony súdu okrem vydania rozhodnutia, ktorým sa konanie končí. Vykonanie úkonu si môže vyhradiť senát. 5. Vzhľadom na obsah rozhodnutia vo veci nerozhodoval senát, ale opravné uznesenie vydal predseda senátu.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https://www.kauzis.sk/judikatura/r/ECLI:SK:KSBB:2018:6415212185.2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