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43CoE/14/2018 z 29. 1. 2018</w:t>
      </w:r>
    </w:p>
    <w:p>
      <w:r>
        <w:t>Uznesenie Krajského súdu Banská Bystrica z 29. januára 2018, sp. zn. 43CoE/14/2018, ECLI:SK:KSBB:2018:6707202557.2</w:t>
      </w:r>
    </w:p>
    <w:p>
      <w:r>
        <w:t>Súd: Krajský súd Banská Bystrica</w:t>
      </w:r>
    </w:p>
    <w:p>
      <w:r>
        <w:t>Spisová značka: 43CoE/14/2018</w:t>
      </w:r>
    </w:p>
    <w:p>
      <w:r>
        <w:t>ECLI: ECLI:SK:KSBB:2018:6707202557.2</w:t>
      </w:r>
    </w:p>
    <w:p>
      <w:r>
        <w:t>Dátum vydania: 29. 1. 2018</w:t>
      </w:r>
    </w:p>
    <w:p>
      <w:r>
        <w:t>Forma: Uznesenie</w:t>
      </w:r>
    </w:p>
    <w:p>
      <w:r>
        <w:t>Oblasť práva: Občianske právo</w:t>
      </w:r>
    </w:p>
    <w:p>
      <w:pPr>
        <w:pStyle w:val="Heading2"/>
      </w:pPr>
      <w:r>
        <w:t>Text rozhodnutia</w:t>
      </w:r>
    </w:p>
    <w:p>
      <w:r>
        <w:t>Súd: Krajský súd Banská Bystrica Spisová značka: 43CoE/14/2018 Identifikačné číslo súdneho spisu: 6707202557 Dátum vydania rozhodnutia: 30. 01. 2018 Meno a priezvisko sudcu, VSÚ: JUDr. Eva Kmeťová ECLI: ECLI:SK:KSBB:2018:6707202557.2 Uznesenie Krajský súd v Banskej Bystrici ako súd odvolací v senáte zloženom z predsedníčky senátu JUDr. Evy Kmeťovej, členiek senátu JUDr. Drahomíry Dibdiakovej a JUDr. Márie Jamriškovej, PhD. v exekučnej veci oprávneného POHOTOVOSŤ, s.r.o., so sídlom Pribinova 25, 811 09 Bratislava, IČO: 35 807 598, zastúpeného spoločnosťou Advocate s.r.o., so sídlom Pribinova 25, 811 09 Bratislava, IČO: 36 865 141 proti povinnému U. T., nar. XX.XX.XXXX, bytom R. L. XXXX/X, XXX XX K., vedenej súdnym exekútorom JUDr. Jozefom Ďuricom so sídlom Exekútorského úradu Borovianska 17, 960 01 Zvolen pod sp. zn. EX 439/07, o vymoženie sumy 916,15 Eur s príslušenstvom, o odvolaní oprávneného proti uzneseniu Okresného súdu Zvolen č.k. 11Er/783/2007-50 zo dňa 11. septembra 2017 takto r o z h o d o l : Rozhodnutie Okresného súdu Zvolen č.k. 11Er/783/2007-50 zo dňa 11. septembra 2017 v prvej výrokovej vete potvrdzuje. o d ô v o d n e n i e : 1. Napadnutým rozhodnutím okresný súd s poukazom § 57 ods. 1 písm. a) Exekučného poriadku exekúciu zastavil. Zároveň priznal súdnemu exekútorovi nárok na náhradu trov exekúcie od oprávneného vo výške 100%. 2. V odôvodnení rozhodnutia uviedol, že poverením zo dňa 22.03.2007 súd poveril súdneho exekútora JUDr. Jozefa Ďuricu vykonaním exekúcie na vymoženie pohľadávky oprávneného voči povinnému vo výške 916,15 Eur a príslušenstvom na základe exekučného titulu, ktorým je rozhodcovský rozsudok vydaný Stálym rozhodcovským súdom spoločnosti Slovenská rozhodcovská a.s. so sídlom v Bratislave pod sp. zn. SR 5266/06 dňa 08.11.2006. Podkladom na jeho vydanie bola zmluva o úvere zo dňa 10.03.2006 uzavretá medzi oprávneným a povinným, súčasťou ktorej sú Všeobecné podmienky poskytnutia úveru, ktoré v bode 17 upravili rozhodcovskú doložku, podľa ktorej všetky spory, ktoré vzniknú medzi zmluvnými stranami budú riešené pred rozhodcovským súdom alebo pred všeobecným súdom. 3. Okresný súd vychádzal zo záveru, že zmluva o úvere uzavretá medzi oprávneným ako veriteľom a povinným ako dlžníkom, na základe ktorej oprávnený uplatnil na rozhodcovskom súde svoj nárok je zmluvou spotrebiteľskou, čo vyplýva z povahy zmluvných strán, predmetu podnikateľskej činnosti oprávneného a v konečnom dôsledku aj z obsahu zmluvy. Z uvedených dôvodov na daný právny vzťah aplikoval ustanovenia § 52 a nasl. Občianskeho zákonníka upravujúce spotrebiteľské zmluvy. 4. Súd posudzoval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Občianskeho zákonníka). Uviedol, že rozhodcovská doložka, ktorá mala založiť legitimitu pre exekučný titul znemožňuje voľbu spotrebiteľa dosiahnuť rozhodnutie pred všeobecným súdom. Túto skutočnosť je potrebné podľa názoru súdu prvého stupňa považovať za neprijateľnú podmienku dohodnutú v neprospech spotrebiteľa. Spotrebiteľ si rozhodcovskú doložku osobitne nevyjednal a nemal na výber vzhľadom na jej splynutie s ostatnými štandardnými podmienkami zmluvy o úvere. Mohol len zmluvu ako celok odmietnuť alebo sa podrobiť všetkým zmluvným podmienkam, a teda aj rozhodcovskému konaniu. 5. Keďže právomoc rozhodcovského súdu na rozhodnutie v prejednávanej veci je založená na neplatnom právnom úkone, exekučný súd po preskúmaní exekučného titulu dospel k záveru, že ho nie je možné považovať za spôsobilý exekučným titulom, a preto v zmysle § 57 ods. 1 písm. a) Exekučného poriadku exekúciu zastavil. 6. Súd o trovách exekúcie rozhodol podľa 203 ods. 1 Exekučného poriadku tak, že trovy exekúcie je súdnemu exekútorovi povinný nahradiť v plnej výške oprávnený. 7. Proti tomuto uzneseniu podal v zákonom stanovenej lehote oprávnený odvolanie s návrhom, aby ho odvolací súd v súlade s § 389 CSP zrušil a vec vrátil okresnému súdu na ďalšie konanie. Uviedol, že zmluva o úvere bola uzavretá podľa ust. § 497 a nasl. Obchodného zákonníka. V zmysle ust. § 261 ods. 6 písm. d) Obchodného zákonníka má povahu absolútneho obchodu. Tento druh zmluvy nemá charakter spotrebiteľskej zmluvy a preto aplikácia právnych predpisov na ochranu spotrebiteľa nie je možná. Neoddeliteľnou súčasťou Zmluvy sú aj Všeobecné podmienky poskytnutia úveru, v ktorých sa podľa odseku 19 obidve zmluvné strany sa dohodli v zmysle § 262 ods. 1 Obchodného zákonníka, že všetky ich právne vzťahy sa budú spravovať Obchodným zákonníkom. 8. Oprávnený mal za to, že rozhodcovská doložka dohodnutá medzi oprávneným a povinným je nevýhradnou rozhodcovskou doložkou, nakoľko umožňuje každej zmluvnej strane domáhať sa ochrany svojich práv buď prostredníctvom rozhodcovského konania alebo súdneho konania. Už len z tohto pohľadu rozhodcovská doložka nevyžaduje od povinného, aby spory s oprávneným riešil výlučne v rozhodcovskom konaní. K právnemu názoru okresného súdu ohľadne znemožnenia voľby spotrebiteľa dosiahnuť rozhodnutie sporu pred štátnym súdom v súvislosti s ust. § 53 ods. 4 písm. r) Občianskeho zákonníka oprávnený poukázal na odôvodnenie zákonodarcov, v zmysle ktorého je cieľom tejto úpravy § 53 ods. 4 písm. r) Občianskeho zákonníka podľa ktorého „za neprijateľné podmienky uvedené v spotrebiteľskej zmluve sa považuje najmä ustanovenia, ktoré vyžadujú v rámci dojednanej rozhodcovskej doložky od spotrebiteľa, aby spory s dodávateľom riešil výlučne v rozhodcovskom konaní“. 9. Keby exekučný súd zastavil exekučné konanie znamenalo by to znemožnenie využitia rozhodcovského konania pre Oprávneného. Pritom je zrejmé, že z ust. § 53 ods. 4 písm. r) Občianskeho zákonníka v žiadnom prípade nevyplýva úmysel zákonodarcu zakázať rozhodcovské konanie úplne, ale ho iba obmedziť. V končenom dôsledku proti rozhodcovskému rozsudku je možné podať žalobu na súd v lehote troch mesiacov od jeho doručenia. Aj v exekučnom konaní, kde titulom pre exekúciu je rozhodcovský rozsudok je možné účinne sa proti nemu brániť, čo však Povinný neurobil. 1. Oprávnený mal za to, že v exekučnom konaní došlo k vade uvedenej v ust. § 365 ods. 1 písm. b) CSP, keď súd nesprávnym procesným postupom znemožnil strane, aby uskutočňovala jej patriace procesné práva v takej miere že došlo k porušeniu práva na spravodlivý proces. Oprávnený má za to, že úplné zastavenie exekúcie by prichádzalo do úvahy iba vtedy ak by mal exekučný súd za preukázané a zistené, že povinný nemá postavenie podnikateľa a Rozhodcovská zmluva je neplatná. Pokiaľ okresný súd napriek tomu exekučné konanie úplne zastavil, zbavil tým oprávneného práva na súdnu ochranu podľa čl. 46 ods. 1 Ústavy Slovenskej republiky. Súdna ochrana sa podľa tohto článku totiž vzťahuje aj na exekučné konanie. 10. Oprávnený na záver konštatoval, že zastavením exekučného konania proti povinnému zastavené v celom rozsahu, súd priznal povinnému prakticky úplnú exekučnú imunitu. 11. Povinný sa k odvolaniu nevyjadril. 12. Krajský súd v Banskej Bystrici ako súd odvolací prejednal vec podľa § 379, § 380 ods. 1 a § 385 ods. 1 Civilného sporového poriadku (ďalej len CSP) v rozsahu podaného odvolania, bez nariadenia pojednávania, pričom dospel k záveru, že odvolanie oprávneného nie je dôvodné. 13. Zo spisového materiálu odvolací súd zistil, že dňa 08.03.2007 bol súdnemu exekútorovi doručený návrh oprávneného na vykonanie exekúcie. Následne súdny exekútor požiadal okresný súd o udelenie poverenia na vykonanie exekúcie. Okresný súd vydal dňa 22.03.2007 poverenie č. 5611 013079*, ktorým poveril súdneho exekútora v zmysle ust. § 45 ods. 1 zákona č. 233/1995 Z. z. vykonaním exekúcie na základe vykonateľného rozhodnutia Stáleho rozhodcovského súdu spoločnosti Slovenská rozhodcovská a.s., Bratislava, sp. zn. SR 5266/06 zo dňa 08.11.2006 na vymoženie sumy 27.600,- Sk (916,15 Eur) spolu s príslušenstvom a trov exekúcie. Podkladom pre vydanie rozhodcovského rozsudku bola Zmluva o úvere, ktorú oprávnený a povinný uzavreli dňa 10.03.2006. Účelom zmluvy o úvere bolo poskytnutie úveru vo výške 14.000,- Sk. 14. V bode 17 Všeobecných podmienok poskytnutia úveru, ktoré tvorili nedeliteľnú súčasť zmluvy o úvere si oprávnený ako veriteľ a povinný ako dlžník upravili rozhodcovskú doložku tak, že všetky spory, ktoré vzniknú z tejto zmluvy,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15. Podľa § 9a ods. 1 zákona č. 233/1995 Z. z. o súdnych exekútoroch a exekučnej činnosti (ďalej len Exekučný poriadok), ak to povaha veci nevylučuje, v konaní podľa tohto zákona sa primerane použijú ustanovenia Civilného sporového poriadku. 16. Podľa § 470 ods. 1 zákona č. 160/2015 Z. z. Civilný sporový poriadok (ďalej len „CSP“) ak nie je ustanovené inak, platí tento zákon aj na konania začaté predo dňom nadobudnutia jeho účinnosti. 17. Podľa § 243h ods. 1 zákona č. 233/1995 Z.z. zákona č. 233/1995 Z.z. o súdnych exekútoroch a exekučnej činnosti (ďalej Exekučný poriadok),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18. Podľa § 52 ods. 1 zákona č. 40/1964 Zb. platného a účinného k 10.03.2006 (ďalej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19. Podľa ods. 2 citovaného ustanovenia, dodávateľ je osoba, ktorá pri uzatváraní a plnení spotrebiteľskej zmluvy koná v rámci predmetu svojej obchodnej alebo inej podnikateľskej činnosti. 20. Podľa odseku 3 citovaného ustanovenia spotrebiteľ je fyzická osoba, ktorá pri uzatváraní a plnení spotrebiteľskej zmluvy nekoná v rámci predmetu svojej obchodnej činnosti alebo inej podnikateľskej činnosti. 21. Podľa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22. Podľa § 53 ods. 4 Občianskeho zákonníka, neprijateľné podmienky v spotrebiteľských zmluvách sú neplatné. 23. Podľa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24. Podľa ust. § 41 ods. 2 písm. d) zákona č. 233/1995 Z.z. o súdnych exekútoroch a exekučnej činnosti (ďalej Exekučný poriadok), podľa tohto zákona možno vykonať exekúciu aj na podklade vykonateľných rozhodnutí rozhodcovských súdov a rozhodcovských komisií a zmierov nimi schválených. 25. Podľa § 57 ods. 1 písm. a) Exekučného poriadku, exekúciu súd zastaví, ak sa začala a rozhodnutie sa dosiaľ nestalo vykonateľným 26. Podľa § 57 ods. 1 písm. g) Exekučného poriadku, súd exekúciu vyhlási za neprípustnú, pretože je tu iný dôvod, pre ktorý exekúciu nemožno vykonať. 27. Podľa § 58 ods. 1 Exekučného poriadku, exekúciu zastaví súd na návrh alebo aj bez návrhu. 28.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29. Odvolací súd k námietke oprávneného, že v danom prípade nemožno zmluvu o úvere zo dňa 10.03.2006 uzavretú medzi ním a povinným považovať za zmluvu o spotrebiteľskom úvere uvádza, že okresný súd právny vzťah posúdil predovšetkým ako spotrebiteľský. Odvolací súd mal z obsahu zmluvy o úvere preukázané, že sa v prejednávanej veci jedná o spotrebiteľský úver, pretože sú naplnené zákonné znaky spotrebiteľského úveru vyplývajúce z ustanovenia § 2 a § 3 ods. 1 a 2 zákona č. 258/2001 Z.z. o spotrebiteľských úveroch v znení účinnom ku dňu uzavretia zmluvy o úvere, ako aj ďalšie predpoklady vyžadované touto osobitnou právnou normou na to, aby sa vzťah medzi veriteľom a dlžníkom podriadil právnemu režimu tohto zákona. Odvolací súd v tejto súvislosti zdôrazňuje, že zmluvu o úvere uzatváral povinný ako fyzická osoba, pričom z nej nevyplýva, že pri jej uzatváraní povinný konal v rámci predmetu svojej obchodnej činnosti alebo inej podnikateľskej činnosti, pričom oprávnený pri jej uzatváraní konal v rámci svojej obchodnej činnosti. Z uvedeného je zrejmé, že vzťah medzi oprávneným a povinným je spotrebiteľský, a to aj s poukazom na ust. § 23a zákona č. 634/1992 Zb. zákona o ochrane spotrebiteľa účinného v čase uzavretia zmluvy. Okresný súd preto postupoval správne, v súlade s právnou úpravou Slovenskej republiky a aj s právom EÚ, keď skúmal rozhodcovskú doložku ako zmluvnú podmienku z hľadiska, či nevyvoláva nerovnováhu medzi dodávateľom a spotrebiteľom. 30. Odvolací súd súhlasí aj s hodnotením okresného súdu,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okresný súd.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31. Takéto dojednanie rozhodcovskej doložky a následné konanie pred rozhodcovským súdom viedli bezpochyby vo svojich dôsledkoch k tomu, že spotrebiteľovi bola odopretá ochrana, ktorú mu poskytujú ust. § 52 a nasl. Občianskeho zákonníka. Pokiaľ teda súd prvého stupňa dospel k názoru, že dojednanie rozhodcovskej doložky v predmetnej spotrebiteľskej zmluve je neprimeranou podmienkou, jeho záver je správny a správne je aj rozhodnutie o zastavení exekučného konania, avšak na základe nesprávneho zákonného ustanovenia, keďže v danom prípade mal súd aplikovať ustanovenie § 57 ods. 1 písm. g) Exekučného poriadku a exekúciu zastaviť pre jej neprípustnosť, keďže exekučný titul bol vydaný nepríslušným orgánom, a teda ide o nulitný právny akt, ktorý v exekúcii nie je možné vykonať. 32. Z vyššie uvedených dôvodov odvolací súd uznesenie okresného súdu v napadnutej časti prvej výrokovej vety ako vecne správne podľa § 387 ods. 1 CSP potvrdil. 33.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https://www.kauzis.sk/judikatura/r/ECLI:SK:KSBB:2018:6707202557.2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