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11Co/340/2018 z 26. 2. 2019</w:t>
      </w:r>
    </w:p>
    <w:p>
      <w:r>
        <w:t>Uznesenie Krajského súdu Banská Bystrica z 26. februára 2019, sp. zn. 11Co/340/2018, ECLI:SK:KSBB:2019:6115225722.1</w:t>
      </w:r>
    </w:p>
    <w:p>
      <w:r>
        <w:t>Súd: Krajský súd Banská Bystrica</w:t>
      </w:r>
    </w:p>
    <w:p>
      <w:r>
        <w:t>Spisová značka: 11Co/340/2018</w:t>
      </w:r>
    </w:p>
    <w:p>
      <w:r>
        <w:t>ECLI: ECLI:SK:KSBB:2019:6115225722.1</w:t>
      </w:r>
    </w:p>
    <w:p>
      <w:r>
        <w:t>Dátum vydania: 26. 2. 2019</w:t>
      </w:r>
    </w:p>
    <w:p>
      <w:r>
        <w:t>Forma: Uznesenie</w:t>
      </w:r>
    </w:p>
    <w:p>
      <w:r>
        <w:t>Oblasť práva: Občianske právo</w:t>
      </w:r>
    </w:p>
    <w:p>
      <w:pPr>
        <w:pStyle w:val="Heading2"/>
      </w:pPr>
      <w:r>
        <w:t>Text rozhodnutia</w:t>
      </w:r>
    </w:p>
    <w:p>
      <w:r>
        <w:t>Súd: Krajský súd Banská Bystrica Spisová značka: 11Co/340/2018 Identifikačné číslo súdneho spisu: 6115225722 Dátum vydania rozhodnutia: 27. 02. 2019 Meno a priezvisko sudcu, VSÚ: JUDr. Jozef Zlocha ECLI: ECLI:SK:KSBB:2019:6115225722.1 Uznesenie Krajský súd v Banskej Bystrici ako súd odvolací v senáte zloženom z predsedu senátu JUDr. Jozefa Zlochu a sudkýň JUDr. Renáty Deákovej a JUDr. Jany Haluškovej ako členiek senátu v spore žalobcu: C.. S. K., nar. XX. C. XXXX, bytom M. XXX/XX, XXX XX J. - M. nad Y., zast. JUDr. Milošom Kaščákom, advokátom so sídlom AK Kalinčiakova 10, 093 01 Vranov nad Topľou, proti žalovanej: S. K., nar. X. L. XXXX, bytom P. XX, XXX XX J. J., zast. JUDr. Petrom Bacíkom, Advokátska kancelária Bacíková a spol. so sídlom Lazovná 45, 974 01 Banská Bystrica, o zaplatenie 127,72 Eur s prísl., o návrhu žalobcu na zrušenie rozsudku pre zmeškanie žalobcu, o odvolaní žalobcu proti uzneseniu Okresného súdu Banská Bystrica č.k. 16C/436/2015-122 zo dňa 25. júla 2018 takto r o z h o d o l : I. Uznesenie súdu prvej inštancie p o t v r d z u j e. II. Žalovaná m á n á r o k na náhradu trov odvolacieho konania voči žalobcovi v rozsahu 100%, ktoré jej je žalobca p o v i n n ý zaplatiť v lehote 3 dní od právoplatnosti uznesenia súdu prvej inštancie o ich výške. o d ô v o d n e n i e : 1. Okresný súd Banská Bystrica (ďalej aj „okresný súd“ alebo „súd prvej inštancie“) napadnutým uznesením č.k. 16C/436/2015-122 zo dňa 25. júla 2018 (ďalej aj „napadnuté uznesenie“) zamietol návrh žalobcu na zrušenie rozsudku pre zmeškanie (prvá výroková veta). O nároku na náhradu trov konania rozhodol tak, že žalobca je povinný zaplatiť žalovanému náhradu trov konania v rozsahu 100%, do troch dní od právoplatnosti uznesenia, ktorým vyšší súdny úradník rozhodne o ich výške (druhá výroková veta). 1.1 V odôvodnení uznesenia okresný súd uviedol, žalobca sa podanou žalobou domáhal vydania platobného rozkazu o zaplatenie 127,72 Eur s prísl.. Súd prvej inštancie vo veci vytýčil pojednávanie na deň 19.7.2017; zásielka s oznámením termínu pojednávania bola právnemu zástupcovi žalobcu doručená dňa 12.6.2017, dňa 12.6.2017 bola uložená na pošte. Z dôvodu vrátenia neprevzatej zásielky (vrátenej na súd prvej inštancie dňa 6.7.2017) okresný súd opätovne zaslal oznámenie o termíne pojednávania právnemu zástupcovi žalobcu, ktorý zásielku prevzal dňa 29.7.2017. Na pojednávaní konanom dňa 19.7.2017 právny zástupca žalovanej žiadal, aby súd rozhodol postupom podľa § 278 a nasl. zákona č.160/2015 Z.z. Civilný sporový poriadok (ďalej len „C.s.p.“) rozsudkom pre zmeškanie. Okresný súd rozsudkom č.k. 16C/436/2015-64 žalobu zamietol, rozhodol rozsudkom pre zmeškanie. 1.2 Súdu prvej inštancie bola dňa 7.8.2017 oznámená zmena právneho zástupcu žalobcu; nový právny zástupca podaním doručeným súdu dňa 6.9.2017 navrhol, aby súd rozsudok pre zmeškanie zrušil. V návrhu uviedol, že žalobca sa o termíne pojednávania, stanoveného na deň 19.7.2017 vôbec nedozvedel, dňom 1.8.2016 bola rozhodnutím Predsedníctva Slovenskej advokátskej komory pozastavená činnosť predchádzajúcemu právnemu zástupcovi žalobcu (JUDr. Saladiak). K návrhu na zrušenie rozsudku pre zmeškanie bola predložená lekárska správa, z ktorej má vyplývať, že predošlý právny zástupca žalobcu bol v zlom zdravotnom stave a podstupoval domácu liečbu. Z uvedeného dôvodu sa žalobca ani jeho právny zástupca nedozvedeli o termíne pojednávania, na ktorom bol vyhlásený rozsudok pre zmeškanie, svoju neúčasť neospravedlnili a nežiadali o odročenie pojednávania. 1.3 Vo veci okresný súd nariadil pojednávanie na deň 25.7.2018 (bez zrušenia rozsudku pre zmeškanie), po oboznámení sa stanovísk sporových strán k návrhu na zrušenie rozsudku pre zmeškanie s poukazom na ustanovenia § 281 ods.1, ods.2 a § 92 ods.3 C.s.p. návrh na zrušenie rozsudku pre zmeškanie zamietol. 1.4 Vo vzťahu k návrhu na zrušenie rozsudku pre zmeškanie mal súd prvej inštancie za preukázané, že na pojednávaní dňa 19.7.2017 sa zúčastnil len právny zástupca žalovanej spolu so žalovanou, žalobca ani jeho právny zástupca (JUDr. Saladiak) sa pojednávania nezúčastnili; zásielka s termínom pojednávania bola právnemu zástupcovi žalobcu doručovaná, uložená na pošte, zástupca žalobcu zásielku v odbernej lehote neprevzal. Právny zástupca žalovanej navrhol rozhodnúť rozsudkom pre zmeškanie; tento návrh súd prvej inštancie akceptoval a rozsudkom pre zmeškanie rozhodol tak, že žalobu zamietol. 1.5 Pokiaľ ide o dôvody, ktoré v návrhu na zrušenie rozsudku pre zmeškanie uviedol nový právny zástupca žalobcu, tieto súd prvej inštancie považoval za irelevantné. Bolo povinnosťou predchádzajúceho právneho zástupcu (JUDr. Saladiak) ustanoviť za seba zástupcu (z dôvodu pozastavenia výkonu advokácie) a tomuto odovzdať všetky klientske spisy. Zástupca mal oznámiť pozastavenie výkonu advokácie svojím klientom a súdu; poučiť klientov o možnosti zvoliť si nového advokáta. Okresnému súdu bolo oznámené ukončenie právneho zastupovania žalobcu JUDr. Saladiakom a ustanovenie nového právneho zástupcu dňa 7.8.2017; rozsudok pre zmeškanie bol vydaný 9.7.2017, kedy mal súd zato, že v konaní je zástupcom JUDr. Saladiak. 1.6 Okresný súd zdôraznil, že JUDr. Saladiak závažným spôsobom porušil ustanovenia zákona č.583/2003 Z.z. advokácii a o zmene a doplnení zákona č. 455/1991 Zb. o živnostenskom podnikaní (živnostenský zákon) v znení neskorších predpisov (ďalej len „zákon č.583/2003 Z.z.“) a ustanovenia C.s.p.; tieto pochybenia právneho zástupcu žalobcu nemôžu byť na ujmu žalovanej a je vecou žalobcu, ako sa s protiprávnym konaním svojho právneho zástupcu vysporiada. 1.7 O nároku na náhradu trov konania súd prvej inštancie rozhodol tak, že žalovanej, ako úspešnej strane sporu, priznal právo na náhradu trov konania proti žalobcovi v rozsahu 100%. 2. Proti uzneseniu okresného súdu podal v zákonom stanovenej lehote odvolanie žalobca a navrhol, aby odvolací súd napadnuté uznesenie postupom podľa § 389 ods.1 písm.a), b) C.s.p. zrušil a podľa ustanovenia § 391 ods.1 C.s.p. vec vrátil súdu prvej inštancie na ďalšie konanie a nové rozhodnutie, nakoľko pre vydanie rozsudku pre zmeškanie neboli splnené podmienky. Namietol odvolacie dôvody uvedené v ustanovení § 365 ods.1 písm.a), b), f) a h) C.s.p.; tvrdil tak, že neboli splnené procesné podmienky; súd nesprávnym procesným postupom znemožnil strane, aby uskutočňovala jej patriace procesné práva v takej miere, že došlo k porušeniu práva na spravodlivý proces; súd prvej inštancie dospel na základe vykonaných dôkazov k nesprávnym skutkovým zisteniam a rozhodnutie súdu prvej inštancie vychádza z nesprávneho právneho posúdenia veci. 2.1 V konkrétnostiach tvrdil, že na postup podľa ustanovenia § 278 C.s.p. neboli splnené podmienky; žalobca nebol na pojednávanie riadne a včas predvolaný a nebol poučený o následku nedostavenia sa vrátane možnosti vydania rozsudku pre zmeškanie. Žalobca sa o termíne pojednávania vytýčeného na deň 19.7.2017 vôbec nedozvedel, predvolanie na pojednávanie mu nebolo doručené. Počas konania pred súdom prvej inštancie nastali nepredvídané okolnosti, ktoré žalobca ani jeho právny zástupca nevedeli ovplyvniť. 2.2 Odvolateľ uviedol, že 1.8.2017 bola rozhodnutím predsedníctva Slovenskej advokátskej komory pozastavená činnosť JUDr. Saladiakovi. Okrem toho tento v čase doručovania predvolania bol v zlom zdravotnom stave a podstupoval domácu liečbu, tento jeho zdravotný stav pretrvával aj v čase, keď mu súd prvej inštancie doručoval predvolanie na pojednávanie, ako aj v čase samotného pojednávania. Tieto skutočnosti žalobca považoval za objektívne dôvody, pre ktoré došlo k opomenutiu prevzatia predvolania na pojednávanie a k neinformovaniu žalobcu o termíne pojednávania. Predchádzajúci právny zástupca sa v danom prípade z objektívnych zdravotných dôvodov nezdržiaval na evidovanej adrese; vykonal všetky potrebné úkony po vydaní rozhodnutia o pozastavení advokátskej činnosti. O pozastavení výkonu advokácie informoval bezodkladne žalobcu, ktorý si po dohode s ním následne zvolil nového právneho zástupcu, ktorý bez zbytočného odkladu svoju plnú moc predložil súdu. 2.3 Žalobca tak tvrdil, že na jeho strane existovali objektívne ospravedlniteľné dôvody, pre ktoré sa nemohol zúčastniť nariadeného pojednávania a zároveň dôvody, pre ktoré objektívne nemohol v dostatočnom predstihu ospravedlniť svoju neúčasť na pojednávaní. Žalobca tiež namietal, že k doručeniu predvolania k rukám žalobcu ani jeho právneho zástupcu nikdy nedošlo, nebol na pojednávanie riadne a včas predvolaný a nebol poučený o následkoch nedostavenia sa vrátane možnosti vydania rozsudku pre zmeškanie. 2.4 Odvolateľ uzavrel, že nebola splnená podmienka pre vydanie rozsudku pre zmeškanie (§ 278 C.s.p.), nakoľko žalobca nebol na pojednávanie riadne a včas predvolaný. Nebol poučený o následkoch nedostavenia sa vrátane možnosti vydania rozsudku pre zmeškanie; na strane žalobcu existovali objektívne ospravedlniteľné dôvody, pre ktoré sa nemohol zúčastniť pojednávania a zároveň dôvody, pre ktoré v dostatočnom predstihu nemohol ospravedlniť svoju neúčasť na pojednávaní. Absencia doručenia predvolania s náležitým poučením vylučuje možnosť aplikácie ustanovenia § 278 C.s.p.; nesprávnym úradným postupom bolo žalobcovi znemožnené, aby uskutočňoval jemu patriace procesné práva v takej miere, že došlo k porušeniu práva na spravodlivý proces. 3. Žalovaná v písomnom vyjadrení o podanému odvolaniu zdôraznila, že podané odvolanie vychádza zo zlého skutkového základu, právny zástupca zrejme nedopatrením zamenil dátum, ku ktorému mal byť pozastavený výkon advokácie predchádzajúcemu právnemu zástupcovi žalobcu. JUDr. Tomáš Saladiak má pozastavený výkon advokácie od 1.8.2016 a nie od 1.8.2017, ako nesprávne tvrdil žalobca. Poukázala na ustanovenia zákona č.583/2003 Z.z., ustanovenia Advokátskeho poriadku, ktoré pomerne presne upravujú postup advokáta v prípade prekážky pri výkone advokácie, aby neboli práva a záujmy klienta jeho indispozíciou dotknuté. Voči súdu je účinné ukončenie zastupovania až dňom, kedy ich zástupca súdu oznámi. 3.1 Žalovaná mala zato, že súd prvej inštancie pri vynesení rozsudku pre zmeškanie na pojednávaní dňa 19.7.2017 nijako nepochybil; bolo základnou povinnosťou predošlého právneho zástupcu žalobcu vykonať všetky úkony nevyhnutné k tomu, aby bol jeho klient na pojednávaní riadne zastúpený a zároveň bol o tom povinný informovať konajúci súd. Pokiaľ ide o predvolanie na pojednávanie, je jedno, či termín pojednávania JUDr. Saladiak prevzal riadne alebo k jeho doručeniu došlo na základe fikcie doručenia; C.s.p. neukladá povinnosť doručovať takúto písomnosť do vlastných rúk vylučujúc fikcie doručenia. Nie je tak pravdivé tvrdenie odvolateľa o tom, že o možnosti rozhodnúť rozsudkom pre zmeškanie nebol poučený; v oznámení o termíne pojednávania je poučenie o možnosti rozhodnúť rozsudkom pre zmeškanie. 3.2 Pokiaľ ide o tvrdenie o zdravotnej indispozícií právneho zástupcu žalobcu, z lekárskeho potvrdenia vyplýva, že zdravotný stav právneho zástupcu nebol tak vážny, aby vyžadoval hospitalizáciu, právny zástupca navrhovanú práceneschopnosť odmietol. Relevancia takéhoto dokladu je však diskutabilná aj s prihliadnutím na skutočnosť, že už v tom čase mal predošlý právny zástupca pozastavený výkon advokácie. Z obsahu spisu pritom nevyplýva, že by do konania (pred 7.8.2017) bola predložená dohoda u ukončení zastupovania alebo vypovedanie plnej moci; konajúci súd nemal žiadny faktický ani právny dôvod vystupovať v konaní ku strane žalobcu pri vytyčovaní termínu pojednávania na deň 19.7.2017 voči komukoľvek inému ako pôvodne splnomocnenému právnemu zástupcovi žalobcu - JUDr. Tomášovi Saladiakovi. 4. Ďalšie relevantné vyjadrenie podané nebolo. 5. Konanie v prejednávanej veci začalo pred 30.06.2016, t.j. za účinnosti Občianskeho súdneho poriadku. Dňom 01.07.2016 nadobudol účinnosť Civilný sporový poriadok, ktorý v § 470 ods. 1 ustanovuje, že tento zákon platí aj na konania, začaté predo dňom nadobudnutia jeho účinnosti. 6. Krajský súd, ako súd odvolací (§ 34 C.s.p.), vec preskúmal v rozsahu určenom § 380 ods. 1,2 C.s.p. bez nariadenia pojednávania (§ 385 ods. 1 C.s.p.) a uznesenie súdu prvej inštancie podľa § 387 ods.1 ods.2 C.s.p. v celom rozsahu potvrdil. 6.1 Podľa § 387 ods. 1, 2 C. s. 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Rozsudok pre zmeškanie žalobcu - kontumačný rozsudok predstavuje procesnú sankciu za pasivitu žalobcu v spore. Rozhodnutie sporu rozsudkom pre zmeškanie žalobcu na pojednávaní je obligatórne (tzn. „rozhodne súd“), za splnenia podmienky, že tu existuje výslovný návrh žalovaného na túto formu rozhodnutia. Rozsudkom pre zmeškanie žalobcu možno rozhodnúť len vtedy, ak ide o žalobu o splnenie povinnosti. Ďalšou podmienkou pre vydanie rozsudku pre zmeškanie je skutočnosť, že sa žalobca nedostavil na pojednávanie vo veci, hoci bol naň riadne a včas predvolaný a v predvolaní na pojednávanie bol žalobca poučený o následku nedostavenia sa vrátane možnosti vydania rozsudku pre zmeškanie (§ 278 písm.a/ C.s.p.) a zároveň žalobca neospravedlnil svoju neprítomnosť včas a vážnymi okolnosťami (§ 278 písm.b/ C.s.p.). Uvedené podmienky musia byť splnené súčasne. 7.1 Podľa § 281 ods. 1, 2 C.s.p., ak žalobca z ospravedlniteľného dôvodu zmeškal pojednávanie vo veci, na ktorom bol vyhlásený rozsudok pre zmeškanie, súd na návrh žalobcu tento rozsudok uznesením zruší a nariadi nové pojednávanie. Návrh môže žalobca podať do 15 dní odkedy sa o rozsudku pre zmeškanie dozvedel; o tom žalobcu v rozsudku pre zmeškanie súd poučí. 8. Proti rozsudku pre zmeškanie žalobcu nie je prípustné odvolanie, okrem prípadov odvolania podaného z dôvodu, že neboli splnené podmienky na vydanie takéhoto rozhodnutia (§ 356 písm.b/ C.s.p.). Odvolanie je prípustné proti rozhodnutiu súdu prvej inštancie o zamietnutí návrhu na zrušenie rozsudku pre zmeškanie (§ 357 písm.h/ C.s.p.). Zo súdneho spisu vyplýva, že žalobca prostredníctvom právneho zástupcu podal dňa 7.9.2017 prostredníctvom nového právneho zástupcu formou emailu návrh na zrušenie rozsudku (č.k. 16C/436/2015-64) a zároveň odvolanie proti rozsudku (č.k. 16C/436/2015-64). Ako návrh na zrušenie rozsudku, tak aj odvolanie proti rozsudku doplnil písomne (doručené okresnému súdu 11.9.2017). Odvolanie žalobcu proti rozsudku súdu prvej inštancie Krajskému súdu v Banskej Bystrici ako súdu odvolaciemu doposiaľ predložené nebolo. Je zrejmé, že súd prvej inštancie konal o návrhu na zrušenie rozsudku vydaného pre zmeškanie žalobcu. O návrhu na zrušenie rozsudku pre zmeškanie rozhoduje súd prvej inštancie, čo vyplýva z dikcie ustanovenia § 381 ods.1 C.s.p. (...a nariadi nové pojednávanie) ako aj z ustanovenia § 357 písm.h) C.s.p., podľa ktorého odvolanie je prípustné proti uzneseniu súdu prvej inštancie o zamietnutí návrhu na zrušenie rozsudku pre zmeškanie. Odvolací súd tak rozhoduje v odvolacom konaní, potom, ako súd prvej inštancie posúdi, či existovali ospravedlniteľné dôvody na strane žalobcu, pre ktoré zmeškal pojednávanie vo veci a o žiadosti o zrušenie rozsudku pre zmeškanie rozhodne uznesením. 8.1 Rozhodovanie o návrhu na zrušenie rozsudku pre zmeškanie žalobcu predchádza rozhodovaniu o podanom odvolaní proti rozsudku, ktoré môže strana sporu odôvodniť len tým, že neboli splnené podmienky na vydanie takého rozhodnutia (§ 356 písm.b/ C.s.p.). Opačný postup by mohol viesť k neželanej situácii, keď by odvolací súd eventuálne odvolaním napadnutý rozsudok pre zmeškanie potvrdil nezistiac nesplnenie podmienok na vydanie rozsudku pre zmeškanie a následne by súd prvej inštancie posudzoval existenciu ospravedlniteľných dôvodov na strane žalobcu. Odvolací súd je v prípade podania odvolania proti rozsudku pre zmeškanie oprávnený skúmať len nesplnenie zákonných predpokladov pre vydanie kontumačného rozsudku, nie však prípadnú existenciu ospravedlniteľných dôvodov, ktoré viedli nedostaveniu sa žalobcu na pojednávanie. Z uvedeného vyplýva, že súd prvej inštancie postupoval správne, keď najprv posudzoval existenciu ospravedlniteľných dôvodov na strane žalobcu, čo by mohlo byť dôvodom pre zrušenie rozsudku vydaného pre zmeškanie žalobcu. 8.2 Pokiaľ ide o odvolanie proti rozsudku pre zmeškanie, môže byť odôvodnené len tým, že neboli splnené podmienky na vydanie takéhoto rozhodnutia. Z ustanovenia § 278 C.s.p. vyplýva, že podmienkou pre vydanie takéhoto rozhodnutia je skutočnosť, že ide o žalobu o splnenie povinnosti (§ 137 písm.a/ C.s.p.); existencia riadneho a včasného predvolania obsahujúceho poučenie o následkoch nedostavenia sa vrátane možnosti vydania rozsudku pre zmeškanie; nedostavenie sa na pojednávanie vo veci a absencia včasného ospravedlnenia neúčasti na pojednávaní. Z podaného odvolania, nie však proti rozsudku pre zmeškanie ale proti uzneseniu o zamietnutí návrhu na zrušenie rozsudku pre zmeškanie, vyplýva, že časť argumentácie je spojená s možnou argumentáciou v odvolaní proti rozsudku pre zmeškanie. 8.3 Iným právnym inštitútom, odlišným od odvolania proti rozsudku pre zmeškanie, je návrh na zrušenie rozsudku pre zmeškanie. Pre možný úspech v konaní o návrhu na zrušenie rozsudku pre zmeškanie je existencia ospravedlniteľného dôvodu, pre ktoré žalobca zmeškal pojednávanie vo veci, na ktorom bol vyhlásený rozsudok pre zmeškanie. Odvolanie logicky musí potom smerovať voči dôvodom, pre ktoré súd prvej inštancie neuznal existenciu ospravedlniteľného dôvodu na strane žalobcu. Argumentácia patriaca žalobcovi pri odvolaní proti rozsudku pre zmeškanie (neboli splnené podmienky na vydanie takéhoto rozhodnutia) nemôže byť totožná s argumentáciou, ktorej podstata má byť preukázanie ospravedlniteľného dôvodu, pre ktorý žalobca rozhodné pojednávanie zmeškal. Z podaného odvolania však vyplýva, že tieto dôvody (ktoré mohli byť dôvodmi pre odvolanie proti rozsudku pre zmeškanie) sa v podanom odvolaní žalobcu prelínajú. 8.4 K námietke odvolateľa, že na postup podľa ustanovenia § 278 C.s.p. neboli splnené podmienky tým, že žalobca nebol na pojednávanie riadne a včas predvolaný a nebol poučený o následkoch nedostavenia sa vrátane možnosti vydania rozsudku pre zmeškanie, odvolací súd uvádza, že táto argumentácia patrí pre podanie odvolania proti rozsudku pre zmeškanie. Pre úplnosť však odvolací súd poukazuje na obsah spisu, skutočnosť, že právny zástupca bol splnomocnený žalobcom na zastupovanie vo všetkých právnych veciach, na celé súdne konanie. Podľa ustanovenia § 178 ods.1 C.s.p. ak je strana (v danom prípade žalobca) zastúpená zástupcom pre celé konanie, súd na pojednávanie spravidla predvolá len zástupcu; stranu súd predvolá, ak je potrebné vykonať jej výsluch. Predvolanie sa doručuje strane alebo jej zástupcovi tak, aby mali dostatok času na prípravu, spravidla najmenej päť dní predo dňom, keď sa má pojednávanie konať (§ 178 ods.2 C.s.p.). Ak má strana zástupcu so splnomocnením na celé konanie, doručuje sa písomnosť len tomuto zástupcovi (§ 110 ods.1 prvá veta C.s.p.). Zo súdneho spisu vyplýva, že okresný súd doručoval zásielku s termínom pojednávania (19.7.2017) právnemu zástupcovi žalobcu na adresu, ktorú v plnomocenstve a v písomných podaniach uvádzal samotný právny zástupca, pri účasti na pojednávaní dňa 15.6.2016 inú adresu pre doručovanie do súdneho spisu neuviedol. V konečnom dôsledku na uvedenej adrese (M.R.Štefánika, Vranov nad Topľou) preberal aj iné zásielky súdu. Z uvedeného dôvodu, pokiaľ okresný súd na adresu uvedenú právnym zástupcom doručoval právnemu zástupcovi žalobcu (nebolo potrebné osobitne doručovať predvolanie na pojednávanie aj žalobcovi) predvolanie na pojednávanie, nemožno jeho postupu nič vytknúť. Zásielka bola expedovaná dňa 9.6.2017, uložená dňa 12.6.2017 a vrátená súdu dňa 6.7.2017. S poukazom na ustanovenie § 111 ods.3 C.s.p. je nutné konštatovať, že zásielka sa považovala za doručenú dňom vrátenia nedoručenej zásielky súdu, a to aj v prípade, ak sa o tom adresát nedozvedel; nastala fikcia doručenia. Obsahom poučenia v predvolaní na pojednávanie bolo aj nasledovné poučenie: „Ak sa na pojednávanie vo veci riadne a včas predvolaný nedostavíte, a svoju neprítomnosť včas a vážnymi okolnosťami neospravedlníte, na návrh druhej strany rozhodne súd o žalobe rozsudkom pre zmeškanie (§ 274 a § 278 CSP)“. V nadväznosti na vyššie uvedené skutočnosti nemožno dôvodne argumentovať, že žalobca nebol na pojednávanie riadne a včas predvolaný (fikcia doručenia) a že nebol poučený o následkoch nedostavenia sa vrátane možnosti vydania rozsudku pre zmeškanie. V danej veci nebolo povinnosťou súdu doručovať predvolanie aj samotnému žalobcovi; právnemu zástupcovi bolo predvolanie doručené (dňa 6.7.2017 - fikcia), s dostatočnou lehotou na prípravu na pojednávanie (viac ako 5 dní pred termínom pojednávania), obsahom predvolania bolo aj náležité poučenie v zmysle ustanovenia § 278 C.s.p.. 8.5 Pokiaľ ide o ospravedlniteľné dôvody na strane žalobcu (jeho právneho zástupcu), súd prvej inštancie správne konštatoval, že takéto dôvody nezistil, resp. že takéto dôvody na strane žalobcu neexistovali. Je potrebné vychádzať zo skutočnosti, že u žalobcu nastala fikcia doručenia zásielky s termínom pojednávania; opomenutie prevzatia zásielky s termínom pojednávania nemôže byť objektívne dôvodom, zakladajúcim ospravedlniteľný charakter neúčasti na pojednávaní. Súd prvej inštancie správne poukázal na ustanovenie § 92 ods.3 C.s.p., zmena právneho zástupcu bola súdu prvej inštancie oznámená až po vyhlásení rozsudku pre zmeškanie na pojednávaní dňa 19.7.2017, neexistoval tak dôvod, aby súd prvej inštancie konal ako s právnym zástupcom žalobcu s inou osobou, ako s JUDr. Tomášom Saladiakom. 8.6 Ak predošlý právny zástupca opomenul vykonať úkony, na ktoré bol v zmysle C.s.p., zákona č.583/2003 Z.z. a Advokátskeho poriadku voči svojmu klientovi (žalobcovi) a voči súdu oprávnený a povinný, nemožno konštatovať, že existujú ospravedlniteľné dôvody na strane žalobcu (jeho právneho zástupcu). Zo súdneho spisu, odpovede Slovenskej advokátskej komory (čl.97 spisu) vyplýva, že predchádzajúci právny zástupca má pozastavený výkon advokácie od 1. augusta 2016, túto skutočnosť klientovi a ani súdu neoznámil a súd prvej inštancie nemal preukázané, že v čase, kedy bola žalobcovi (jeho právnemu zástupcovi) doručovaná zásielka s termínom pojednávania, mal právny zástupca ustanoveného zástupcu z radov advokátov. 8.7 Neobstojí ani tvrdenie žalobcu v podanom odvolaní o zlom zdravotnom stave pôvodného právneho zástupcu. Z predloženej lekárskej správy vyplýva, že k hospitalizácii právneho zástupcu žalobcu nedošlo, tento naopak odmietol aj navrhovanú práceneschopnosť. Neexistovala tak objektívna prekážka, ktorá by právnemu zástupcovi žalobcu bránila prevziať zásielku, obsahom ktorej bolo predvolanie na pojednávanie, zúčastniť sa pojednávania, prípadne svoju neúčasť na pojednávaní včas a z dôležitých dôvodov ospravedlniť. 9. Z vyššie uvedených dôvodov odvolací súd odvolaním napadnuté rozhodnutie podľa § 387 ods.1, ods.2 C.s.p. ako vecne správne potvrdil, vrátane výroku o trovách konania pred súdom prvej inštancie. O odvolaní žalovaného (čl.76 spisu) proti rozsudku vydaného pre zmeškanie žalovaného odvolací súd rozhodne po jeho predložení odvolaciemu súdu na rozhodnutie. 10. Pri rozhodovaní o trovách odvolacieho konania o odvolaní proti uzneseniu, ktorým okresný súd návrh žalobcu na zrušenie rozsudku pre zmeškanie zamietol, vychádzal odvolací súd z ustanovenia § 396 ods. 1 v spojení s § 262 ods. 1 CSP, z ktorého vyplýva: „O nároku na náhradu trov konania rozhodne aj bez návrhu súd v rozhodnutí, ktorým sa konanie končí“. Odvolací súd pri svojom rozhodovaní aplikoval zásadu zodpovednosti za výsledok (zásadu úspechu) vyplývajúcu z ustanovenia § 255 ods. 1 CSP. V predmetnej veci bola v odvolacom konaní v plnom rozsahu úspešná žalovaná, preto jej odvolací súd priznal nárok na náhradu trov odvolacieho konania v rozsahu 100%. 11. Toto rozhodnutie bolo prijaté senátom Krajského súdu v Banskej Bystrici, ako súdu odvolacieho, pomerom hlasov 3 : 0 (§ 393 ods.2, druhá veta C.s.p.). Toto rozhodnutie bolo prijaté senátom Krajského súdu v Banskej Bystrici, ako súdu odvolacieho, pomerom hlasov 3 : 0 (§ 393 ods.2, druhá veta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https://www.kauzis.sk/judikatura/r/ECLI:SK:KSBB:2019:6115225722.1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