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15CoP/40/2019 z 19. 11. 2019</w:t>
      </w:r>
    </w:p>
    <w:p>
      <w:r>
        <w:t>Uznesenie Krajského súdu Banská Bystrica z 19. novembra 2019, sp. zn. 15CoP/40/2019, ECLI:SK:KSBB:2019:6319200431.1</w:t>
      </w:r>
    </w:p>
    <w:p>
      <w:r>
        <w:t>Súd: Krajský súd Banská Bystrica</w:t>
      </w:r>
    </w:p>
    <w:p>
      <w:r>
        <w:t>Spisová značka: 15CoP/40/2019</w:t>
      </w:r>
    </w:p>
    <w:p>
      <w:r>
        <w:t>ECLI: ECLI:SK:KSBB:2019:6319200431.1</w:t>
      </w:r>
    </w:p>
    <w:p>
      <w:r>
        <w:t>Dátum vydania: 19. 11. 2019</w:t>
      </w:r>
    </w:p>
    <w:p>
      <w:r>
        <w:t>Forma: Uznesenie</w:t>
      </w:r>
    </w:p>
    <w:p>
      <w:r>
        <w:t>Oblasť práva: Rodinné právo</w:t>
      </w:r>
    </w:p>
    <w:p>
      <w:pPr>
        <w:pStyle w:val="Heading2"/>
      </w:pPr>
      <w:r>
        <w:t>Text rozhodnutia</w:t>
      </w:r>
    </w:p>
    <w:p>
      <w:r>
        <w:t>Súd: Krajský súd Banská Bystrica Spisová značka: 15CoP/40/2019 Identifikačné číslo súdneho spisu: 6319200431 Dátum vydania rozhodnutia: 20. 11. 2019 Meno a priezvisko sudcu, VSÚ: JUDr. Jaroslav Mikulaj ECLI: ECLI:SK:KSBB:2019:6319200431.1 Uznesenie Krajský súd v Banskej Bystrici, v senáte zloženom z predsedu JUDr. Jaroslava Mikulaja a sudcov JUDr. Jaroslava Galla a JUDr. Klaudie Koskovej, vo veci starostlivosti o maloleté dieťa: P. P., nar. XX. októbra XXXX, bytom ako matka, zastúpená Úradom práce, sociálnych vecí a rodiny Brezno, ako opatrovníkom, dcéra Q. P., nar. 15. apríla XXXX, bytom X., K. W. XXXX/X, zastúpená: JUDr. Gabriela Klátiková PhD., advokátka so sídlom Lučenec, P. Rádayho 8 a otca T. P., nar. 2. januára XXXX, bytom X., P. XXXX/ XX, o návrhu otca na zmenu výchovného prostredia, na odvolanie otca proti rozsudku Okresného súdu Brezno zo dňa 30. septembra 2019, č. k.: 8P/92/2019 - 144, takto r o z h o d o l : Odvolanie otca odmieta. o d ô v o d n e n i e : 1. Okresný súd napadnutým rozsudkom okresný súd rozhodol tak, že: „I. Súd mení rozsudok Okresného súdu Brezno č.k. 8P/169/2017-86 zo dňa 28.09.2017 vo výroku I. tak, že s účinnosťou od 30.09.2019 sa maloletá P. P., nar. XX.XX.XXXX zveruje do osobnej starostlivosti matky. II. Súd mení rozsudok Okresného súdu Brezno č.k. 8P/169/2017-86 zo dňa 28.09.2017 vo výroku II. tak, že s účinnosťou od 30.09.2019 sa otec zaväzuje prispievať na výživu maloletej P. P., nar. XX.XX.XXXX výživným vo výške 410 (štyristodesať) Eur mesačne, a to vždy do 15-teho dňa v mesiaci vopred k rukám matky. III. Vo zvyšku súd návrh matky zamieta. IV. Súd styk otca s maloletou neupravuje, tento ponecháva na dohodu rodičov. V. Žiaden z účastníkov nemá nárok na náhradu trov konania.“ 2. Proti rozsudku sa odvolal otec. 3. Krajský súd, ako súd odvolací, rozhodol bez nariadenia pojednávania podľa § 385 ods. 1 (a contrario) CSP tak, že odvolanie otca odmietol podľa § 386 písm. a) CSP. 4. Podľa § 386 písm. a) CSP odvolací súd odmietne odvolanie, ak bolo podané oneskorene. 5. Podľa § 362 ods. 1 prvá veta CSP odvolanie sa podáva v lehote 15 dní od doručenia rozhodnutia na súde, proti ktorého rozhodnutiu smeruje. Podľa § 121 ods. 2 CSP do plynutia lehoty určenej podľa dní sa nezapočítava deň, keď nastala skutočnosť určujúca začiatok lehoty. Podľa ods. 5 lehota je zachovaná, ak sa v posledný deň lehoty urobí úkon na súde alebo sa podanie odovzdá orgánu, ktorý má povinnosť ho doručiť; to platí aj vtedy, ak je podanie urobené elektronickými prostriedkami doručené súdu mimo pracovného času. 6. Z obsahu spisu odvolací súd zistil, že rozsudok bol doručený otcovi dňa 15. októbra 2019. Odvolanie datované dňom 3. novembra 2019 bolo otcom podané na prepravu na poštovom úrade Bratislava 3 dňa 3. novembra 2019, ako to vyplýva z pripojenej obálky a pečiatky prijímacej pošty. 7. Posledný deň pätnásťdňovej lehoty pripadol na deň 30. októbra 2019. Pretože odvolanie bolo podané až dňa 4. novembra 2019, bolo podané po zákonom stanovenej lehote, teda oneskorene, preto ho odvolací súd musel odmietnuť. 8. Senát krajského súdu prijal toto rozhodnutie pomerom hlasov 3 : 0.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https://www.kauzis.sk/judikatura/r/ECLI:SK:KSBB:2019:6319200431.1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