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30Sa/15/2019 z 20. 5. 2020</w:t>
      </w:r>
    </w:p>
    <w:p>
      <w:r>
        <w:t>Uznesenie Krajského súdu Banská Bystrica z 20. mája 2020, sp. zn. 30Sa/15/2019, ECLI:SK:KSBB:2020:6019200652.2</w:t>
      </w:r>
    </w:p>
    <w:p>
      <w:r>
        <w:t>Súd: Krajský súd Banská Bystrica</w:t>
      </w:r>
    </w:p>
    <w:p>
      <w:r>
        <w:t>Spisová značka: 30Sa/15/2019</w:t>
      </w:r>
    </w:p>
    <w:p>
      <w:r>
        <w:t>ECLI: ECLI:SK:KSBB:2020:6019200652.2</w:t>
      </w:r>
    </w:p>
    <w:p>
      <w:r>
        <w:t>Dátum vydania: 20. 5.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30Sa/15/2019 Identifikačné číslo súdneho spisu: 6019200652 Dátum vydania rozhodnutia: 21. 05. 2020 Meno a priezvisko sudcu, VSÚ: JUDr. Silvia Zdráhalová Rúfusová ECLI: ECLI:SK:KSBB:2020:6019200652.2 Uznesenie Krajský súd v Banskej Bystrici, ako súd správny, v právnej veci žalobcu: Krajská prokuratúra Banská Bystrica, so sídlom Partizánska cesta 1, 974 01 Banská Bystrica, proti žalovanému: Daňový úrad Banská Bystrica, pobočka Zvolen, so sídlom Kozáčeka 2180/38, 960 99 Zvolen, v konaní správnej žalobe proti nečinnosti žalovaného, o zastavení konania, takto r o z h o d o l : I. Súd konanie z a s t a v u j e . II. Žiaden z účastníkov konania nemá právo na náhradu trov konania. o d ô v o d n e n i e : 1. Žalobca sa podanou správnou žalobou, doručenou správnemu súdu dňa 11.11.2019 domáhal odstránenia nečinnosti žalovaného ako orgánu verejnej správy podľa § 242 a nasl. zákona č. 162/2015 Z. z. Správny súdny poriadok (ďalej len „SSP“). V správnej žalobe žalobca namietal nečinnosť spočívajúcu v nevydaní rozhodnutia a v nevybavení žiadosti zo dňa 10.12.2018 podanej daňovým subjektom, ktorým je spoločnosť Zvolenská teplárenská, a.s., Zvolen, IČO: 36 052 248, ktorou požiadal žalovaného o vrátenie zaplatenej dane za rok 2011 vo výške 786.844,- Eur. Žalobca v správnej žalobe popísal skutkový stav s tým, že prokurátorka Krajskej prokuratúry Banská Bystrica preskúmaním dospela k záveru, že postup žalovaného, ktorý mal za následok jeho nečinnosť, bol v rozpore so zákonom. Správnou žalobou sa žalobca domáhal, aby súd žalovanému uložil povinnosť, v lehote 2 mesiacov vykonať úkon - vydať rozhodnutie v daňovom konaní, o podanej žiadosti daňového subjektu Zvolenská teplárenská, a.s., Zvolen, IČO: 36 052 248 o vrátenie preplatku dane za rok 2011, teda rozhodnúť a ukončiť začaté daňové konanie zákonným spôsobom. 2. Správny súd uznesením č. k. 30Sa/15/2019-50 zo dňa 19.02.2020 rozhodol tak, že uložil žalovanému povinnosť meritórne rozhodnúť a vydať rozhodnutie vo veci žiadosti daňového subjektu Zvolenská teplárenská, a.s., Lučenecká cesta 25, 961 50 Zvolen, IČO: 36 052 248, ktorá bola zaevidovaná elektronickou podateľňou pod č. 6/15893832/2018 dňa 12.12.2018 v lehote 60 dní od právoplatnosti tohto uznesenia. Druhým výrokom zároveň určil žalovanému povinnosť doručiť správnemu súdu rozhodnutie vydané v zmysle povinnosti uloženej vo výroku I. tohto uznesenia, v lehote 10 dní od doručenia rozhodnutia žalovaného daňovému subjektu. 3. Podľa § 242 ods. 1 SSP; žalobca sa môže žalobou domáhať odstránenia nečinnosti orgánu verejnej správy v začatom administratívnom konaní. 4. Podľa § 250 ods. 1 SSP; ak správny súd po preskúmaní zistí dôvodnosť žaloby, uznesením uloží žalovanému, aby v určenej lehote konal a rozhodol, vydal opatrenie alebo vykonal úkon, prípadne začal z úradnej povinnosti administratívne konanie. Vydaním tohto uznesenia sa súdne konanie nekončí a žalovaný je povinný správnemu súdu v určenej lehote doručiť vydané rozhodnutie, opatrenie alebo oznámenie o vykonanom úkone, prípadne o začatí administratívneho konania. 5. Podľa § 251 ods. 2 SSP; ak orgán verejnej správy správnemu súdu preukáže odstránenie nečinnosti, správy súd konanie uznesením zastaví. 6. Uznesenie správneho súdu č. k. 30Sa/15/2019-50 zo dňa 19.02.2020 o uložení povinnosti žalovanému meritórne rozhodnúť a vydať rozhodnutie vo veci žiadosti daňového subjektu a zároveň doručiť správnemu súdu rozhodnutie vydané v zmysle vyššie uvedenej povinnosti, bolo žalovanému doručené dňa 21.02.2020. Následne bolo správnemu súdu doručené rozhodnutie žalovaného č. 100703544/2020 zo dňa 19.03.2020, ktoré bolo daňovému subjektu doručené dňa 17.04.2020, ktorým si žalovaný splnil správnym súdom uloženú povinnosti v tejto veci meritórne rozhodnúť a vydať rozhodnutie. 7. Vzhľadom na splnenie povinnosti žalovaného, ktorý svoju nečinnosť odstránil vydaním rozhodnutia č. 100703544/2020 zo dňa 19.03.2020, správny súd v súlade s § 251 ods. 2 SSP toto konanie zastavil. 8. O trovách konania bolo rozhodnuté podľa § 170 písm. c) SSP, podľa ktorého žiaden z účastníkov nemá právo na náhradu trov konania, ak konanie bolo začaté na základe žaloby prokurátora. Poučenie: Uznesenie je právoplatné jeho doručením (§ 151 ods. 2 SSP). Proti tomuto uzneseniu je prípustná kasačná sťažnosť (§ 439 ods. 2 SSP a contr.). O kasačnej sťažnosti rozhoduje kasačný súd - Najvyšší súd SR (§ 438 ods. 2 SSP). Kasačnú sťažnosť je potrebné podať na Krajskom súde v Banskej Bystrici (§ 444 ods. 1 SSP) v lehote jedného mesiaca od doručenia rozhodnutia oprávnenému subjektu (§ 443 ods. 1 SSP), v potrebnom počte vyhotovení (§ 56 ods. 3 SSP). Podľa § 445 ods. 1, 2 SSP, (1) v kasačnej sťažnosti sa musí okrem všeobecných náležitostí podania podľa § 57 uviesť a) označenie napadnutého rozhodnutia, b) údaj, kedy napadnuté rozhodnutie bolo sťažovateľovi doručené, c) opísanie rozhodujúcich skutočností, aby bolo zrejmé, v akom rozsahu a z akých dôvodov podľa § 440 sa podáva (ďalej len "sťažnostné body"), d) návrh výroku rozhodnutia (sťažnostný návrh). (2) Sťažnostné body možno meniť len do uplynutia lehoty na podanie kasačnej sťažnosti. Podľa § 449 ods. 1, 2 SSP, (1) sťažovateľ alebo opomenutý sťažovateľ musí byť v konaní o kasačnej sťažnosti zastúpený advokátom. Kasačná sťažnosť a iné podania sťažovateľa alebo opomenutého sťažovateľa musia byť spísané advokátom. (2) Povinnosti podľa odseku 1 neplatia, ak a) má sťažovateľ alebo opomenutý sťažovateľ, jeho zamestnanec alebo člen, ktorý za neho na kasačnom súde koná alebo ho zastupuje, vysokoškolské právnické vzdelanie druhého stupňa, b) ide o konania o správnej žalobe podľa § 6 ods. 2 písm. c) a d), c) je žalovaným Centrum právnej pomoci.</w:t>
      </w:r>
    </w:p>
    <w:p/>
    <w:p>
      <w:r>
        <w:t>Zdroj: KAUZIS.SK – https://www.kauzis.sk/judikatura/r/ECLI:SK:KSBB:2020:6019200652.2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