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2Cbi/2/2008 z 22. 9. 2011</w:t>
      </w:r>
    </w:p>
    <w:p>
      <w:r>
        <w:t>Uznesenie Krajského súdu Košice z 22. septembra 2011, sp. zn. 2Cbi/2/2008, ECLI:SK:KSKE:2011:7008200317.3</w:t>
      </w:r>
    </w:p>
    <w:p>
      <w:r>
        <w:t>Súd: Krajský súd Košice</w:t>
      </w:r>
    </w:p>
    <w:p>
      <w:r>
        <w:t>Spisová značka: 2Cbi/2/2008</w:t>
      </w:r>
    </w:p>
    <w:p>
      <w:r>
        <w:t>ECLI: ECLI:SK:KSKE:2011:7008200317.3</w:t>
      </w:r>
    </w:p>
    <w:p>
      <w:r>
        <w:t>Dátum vydania: 22. 9.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2Cbi/2/2008 Identifikačné číslo súdneho spisu: 7008200317 Dátum vydania rozhodnutia: 23. 09. 2011 Meno a priezvisko sudcu, VSÚ: JUDr. Zdenka Kohútová ECLI: ECLI:SK:KSKE:2011:7008200317.3 Uznesenie Krajský súd v Košiciach v právnej veci žalobcu: N. C., nar. XX.X.XXXX, I. H. XXX, zastúpeného O. kanceláriou S.. N. H. s.r.o., X.. J. X, XXX XX I. R. C., X.: XXXXXXXX proti žalovanému: S.. K. I., R. sv. E. XXXX/XXX, N., správca konkurznej podstaty úpadcu I. I. C., a.s., S. XX, I. C., X.: XXXXXXXX o vylúčenie veci z konkurznej podstaty takto r o z h o d o l : Konanie z a s t a v u j e. Žiaden z účastníkov nemá právo na náhradu trov konania. o d ô v o d n e n i e : Žalobca žalobou zo dňa 11.3.2008 doručenou súdu dňa 14.3.2008 navrhol, aby súd vylúčil z konkurznej podstaty úpadcu I. I. C. a.s. nehnuteľnosti zapísané na Q. č. XXX kat. územie I. H., pozemok p. č. XXX/ X - zastavané plochy a nádvoria o výmere 90 m2 a dom stojaci na parcele č. XXX/X, súpisné č. XXX, pretože ich žalobca užíva v dobrej viere od januára 1995 až doposiaľ. Podaním zo dňa 16.9.2011 vzal žalobu v celom rozsahu späť bez uvedenia dôvodu. Podľa § 96 ods. 1,3 O.s.p. žalobca môže vziať za konania späť návrh na jeho začatie a to sčasti alebo celkom. Ak je návrh vzatý späť celkom, súd konanie zastaví. Nesúhlas odporcu so späťvzatím návrhu nie je účinný, ak dôjde k späťvzatiu návrhu skôr, než sa začalo pojednávanie. Žalobca vzal návrh na začatie konania späť celkom pred začatím pojednávania, a preto súd podľa citovaného ustanovenia konanie zastavil. O trovách konania súd rozhodol tak, že žiaden z účastníkov nemá právo na náhradu trov konania podľa § 146 ods. 1 písm. c/ O.s.p., pretože konanie bolo zastavené, žalobca si trovy konania neuplatnil a žalovanému preukázateľné trovy konania nevznikli. Poučenie: Proti tomuto uzneseniu možno podať odvolanie do 15 od jeho doručenia na Krajský súd v Košiciach.</w:t>
      </w:r>
    </w:p>
    <w:p/>
    <w:p>
      <w:r>
        <w:t>Zdroj: KAUZIS.SK – https://www.kauzis.sk/judikatura/r/ECLI:SK:KSKE:2011:7008200317.3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