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3Sd/79/2011 z 13. 12. 2011</w:t>
      </w:r>
    </w:p>
    <w:p>
      <w:r>
        <w:t>Rozsudok Krajského súdu Košice z 13. decembra 2011, sp. zn. 3Sd/79/2011, ECLI:SK:KSKE:2011:7011201034.1</w:t>
      </w:r>
    </w:p>
    <w:p>
      <w:r>
        <w:t>Súd: Krajský súd Košice</w:t>
      </w:r>
    </w:p>
    <w:p>
      <w:r>
        <w:t>Spisová značka: 3Sd/79/2011</w:t>
      </w:r>
    </w:p>
    <w:p>
      <w:r>
        <w:t>ECLI: ECLI:SK:KSKE:2011:7011201034.1</w:t>
      </w:r>
    </w:p>
    <w:p>
      <w:r>
        <w:t>Dátum vydania: 13. 12. 2011</w:t>
      </w:r>
    </w:p>
    <w:p>
      <w:r>
        <w:t>Forma: Rozsudok</w:t>
      </w:r>
    </w:p>
    <w:p>
      <w:r>
        <w:t>Oblasť práva: Správne právo</w:t>
      </w:r>
    </w:p>
    <w:p>
      <w:pPr>
        <w:pStyle w:val="Heading2"/>
      </w:pPr>
      <w:r>
        <w:t>Text rozhodnutia</w:t>
      </w:r>
    </w:p>
    <w:p>
      <w:r>
        <w:t>Súd: Krajský súd Košice Spisová značka: 3Sd/79/2011 Identifikačné číslo súdneho spisu: 7011201034 Dátum vydania rozhodnutia: 14. 12. 2011 Meno a priezvisko sudcu, VSÚ: JUDr. Valéria Mihalčínová ECLI: ECLI:SK:KSKE:2011:7011201034.1 ROZSUDOK V MENE SLOVENSKEJ REPUBLIKY Krajský súd v Košiciach, samosudkyňou JUDr. Valériou Mihalčinovou, v právnej veci navrhovateľa: V.. I. R. Ű. H. W. J. M., H. H. T. B. Č.. XX, I., proti odporkyni: Sociálna poisťovňa, ú s t r e d i e H., O.. XX. Z. Č.. X, H., o invalidný dôchodok, takto r o z h o d o l : P o t v r d z u j e rozhodnutie odporkyne zo dňa 13. septembra 2011 č. XXXXXXX XXX . Účastníkom náhradu trov konanie n e p r i z n á v a. o d ô v o d n e n i e : Preskúmavaným rozhodnutím odporkyňa podľa § 73, § 112 ods. 4, § 274 a § 82 zákona č. 461/2003 o sociálnom poistení v znení neskorších predpisov zvýšila navrhovateľovi invalidný dôchodok od 08.08.2011 na 322,00 EUR mesačne. V odôvodnení rozhodnutia uviedla, že pokles schopnosti vykonávať zárobkovú činnosť u navrhovateľa od 08.08.2011 je 70 %. Suma invalidného dôchodku je určená podľa § 73 ods. 2 zákona č. 461/2003 Z. z. ako súčin priemerného osobného mzdového bodu obdobia dôchodkového poistenia získaného ku dňu vzniku nároku na invalidný dôchodok, ku ktorému sa pripočítava obdobie od vzniku nároku na invalidný dôchodok do dovŕšenia dôchodkového veku, aktuálnej dôchodkovej hodnoty a parcentuálneho poklesu schopnosti vykonávať zárobkovú činnosť. Nárok na invalidný dôchodok navrhovateľovi vznikol 04.05.2009. Hodnota priemerného osobného mzdového bodu už pri prvom určovaní invalidného dôchodku bola určená 1,0838, počet rokov obdobia dôchodkového poistenia spolu s pripočítaným obdobím je 43,5590 rokov a aktuálna dôchodková hodnota platná k 08.08.2011 podľa opatrenia Ministerstva práce, sociálnych vecí a rodiny Slovenskej republiky č. 497/2010 Z. z. na rok 2011 je 9,5756 EUR, takže suma invalidného dôchodku je potom 316,50 EUR mesačne, t. j. priemerný osobný mzdový bod 1,0838 x 43,5590 rokov obdobia dôchodkového poistenia spolu s pripočítaným obdobím x aktuálna dôchodková hodnota 9,5756 x 70 % miery poklesu schopnosti vykonávať zárobkovú činnosť. K tejto sume invalidného dôchodku patrí navrhovateľovi zvýšenie 5,50 EUR mesačne, ktoré patrí k doteraz vyplácanému invalidnému dôchodku podľa § 82 zákona, takže celková suma invalidného dôchodku je 322,00 EUR mesačne, vypočítaná podľa zákona č. 461/2003 Z. z. a suma invalidného dôchodku určená podľa zákona č. 100/1988 Zb. je 306,00 EUR mesačne, ktorá je ale nižšia ako invalidný dôchodok vypočítaný podľa zákona č. 461/2003 Z. z. a preto navrhovateľovi sa bude vyplácať vyššia suma invalidného dôchodku. Proti výroku o výpočte výšky invalidného dôchodku podal včas odvolanie - opravný prostriedok navrhovateľ, v ktorom uviedol že žiada, aby odporkyňa vykonala opravu v chybnom a v nezmyselnom výpočte výšky invalidného dôchodku. Ďalej uviedol, že na základe rozhodnutia o priznaní invalidného dôchodku zo dňa 09.09.2009 mu podľa § 70 ods. 1, § 274 a § 82 zákona o sociálnom poistení bol od 04.05.2009 priznaný invalidný dôchodok v sume 291,60 EUR mesačne. V odôvodnení preskúmavaného rozhodnutia je uvedené, že bola mu vypočítaná výška nového invalidného dôchodku, avšak už rozhodnutím o priznaní invalidného dôchodku zo dňa 09.09.2009 mu bol zákonom priznaný invalidný dôchodok. Na základe lekárskeho posudku z 08.08.2011 mu odporkyňa mala vypracovať rozhodnutie o zvýšení invalidného dôchodku tak, ako to uvádza v napadnutom rozhodnutí „... v znení neskorších predpisov zvyšujeme Vám ...“, avšak v odôvodnení sa uvádza niečo iné. Na základe toho mu rozhodnutím z 13.09.2011 bol zrušený priznaný invalidný dôchodok, ktorý už bol raz právoplatne schválený rozhodnutím o priznaní invalidného dôchodku z 09.09.2009, čo je určite v rozpore so zákonom. Takisto v rozpore so zákonom je aj znenie v odseku 1 druhej strany napadnutého rozhodnutia z 13.09.2011 kde sa uvádza: „ k tejto sume invalidného dôchodku patrí suma zvýšenia 5,50 EUR mesačne, ktorá patrila k doteraz vyplácanému invalidnému dôchodku podľa ... .“. Aj v tomto prípade bol ukrátený o sumu peňazí, ktorá mu už raz bola zákonom určená. K dnešnému dňu poberá invalidný dôchodok 306,00 EUR, ktorá suma bola výsledkom schváleného invalidného dôchodku a postupne zákonom zvyšovaná, naposledy rozhodnutím z 09.12.2010 kedy mu bol schválený invalidný dôchodok vo výške 291,60 EUR a práve táto suma mu podľa zákona bola postupne zvyšovaná a ako je už uvedené naposledy na sumu 306,00 EUR rozhodnutím o zvýšení z 09.12.2010. Týmto mu postupne bol dôchodok zvýšený o sumu 14,40 EUR (306,00 - 291,60 = 14,40) a nie o 5,50 EUR ako je to uvedené v preskúmavanom rozhodnutí. Na základe týchto skutočnosti nemôže súhlasiť s rozhodnutím o zvýšení invalidného dôchodku vydaného odporkyňou dňa 13.09.2011 a podáva odvolanie, resp. návrh na jeho preskúmanie súdom. Ďalej uvádza, že na základe rozhodnutia z 09.09.2009, kde podľa § 70 ods. 1, § 274 a § 82 zákona č. 461/2003 Z. z. o sociálnom poistení mu bol od 04.05.2009 priznaný invalidný dôchodok v sume 291,60 EUR mesačne kde okrem iného je uvedené, že za invalidného bol uznaný z dôvodu poklesu schopnosti vykonávať zárobkovú činnosť o 45 % v porovnaní so zdravou fyzickou osobou. Následnými rozhodnutiami sociálnej poisťovne mu táto suma bola zo zákona zvyšovaná, naposledy od 01.01.2011 na 306,00 EUR mesačne. Na základe lekárskej správy - posudku vyhotoveného posudkovým lekárom dňa 08.08.2011, kde pokles schopnosti vykonávať zárobkovú činnosť je 70 % tak, ako sa uvádza v rozhodnutí z 13.09.2011. Okrem iného sa v rozhodnutí uvádza, že podľa § 73, § 112 ods. 4, § 274 a § 82 zákona č. 461/2003 Z. z. sa mu zvyšuje suma invalidného dôchodku od 08. augusta 2011 na sumu 322,00 EUR mesačne pred zvýšením len na 316,50 EUR. V rozhodnutí z 13.09.2011 na druhej strane je uvedené „ ... a suma invalidného dôchodku určená podľa zákona č. 100/1988 Zb. v znení ...“, pričom v rozhodnutí z 09.09.2009 na konci druhej strany je napísané „ ... a suma invalidného dôchodku vypočítaná podľa zákona č. 100/1988 Zb. v znení ... “. Podľa novšieho rozhodnutia o zvýšení dôchodku je uvádzaná ako suma určená, čo znamená ako keby sa jednalo o konštantu - nemennú, ale ktorá v starom rozhodnutí bola pre výpočet výšky invalidného dôchodku smerodajná a ako je tam uvedené „vypočítaná“, nie „určená“ ako sa uvádza v rozhodnutí o zvýšení invalidného dôchodku. Postupnými rozhodnutiami bola zvýšená na sumu 306,00 EUR mesačne a nie určená. Reálne v praxi by to znamenalo, že pokles schopnosti vykonávať činnosť o 70 % oproti poklesu vykonávať činnosť o 45 %, ktorý narástol o 25 %, pričom suma dôchodku sa zvýšila z reálnej poberajúcej čiastky 306,00 EUR na 322,00 EUR, čiže o 16,00 EUR a ak z matematického hľadiska by suma 306,00 EUR bola výsledkom invalidity z dôvodu poklesu schopnosti vykonávať zárobkovú činnosť o 45 %, tak 100 % z tohto hľadiska predstavuje číslo 680,00 potom 16,00 EUR predstavuje 2,35 %, čo je percentuálna čiastka zvýšenia jeho invalidného dôchodku. Na súdnom pojednávaní navrhovateľ uviedol, že súd určite musí preskúmavané rozhodnutie zrušiť a vrátiť odporkyni na nové konanie, pretože toto rozhodnutie je úplne zlé. Je pravdou, že odporkyňa má svoje výpočty pre invalidný dôchodok, ale tieto výpočty sú zlé. On má svoje výpočty a tieto výpočty sú správne. Zotrval na tom, že invalidný dôchodok preskúmavaným rozhodnutím mu bol nesprávne vypočítaný preto, že rozhodnutím z 09.09.2009 pri miere poklesu schopnosti vykonávať zárobkovú činnosť mu bol vypočítaný invalidný dôchodok v sume 291,60 EUR mesačne, postupne zvýšený na 306,00 EUR mesačne a pri zvýšení miery poklesu schopnosti vykonávať zárobkovú činnosť na 70 %, nemôže byť invalidný dôchodok v sume 322,00 EUR, pretože to nie je zvýšenie skôr priznaného invalidného dôchodku o 25 % ako bola zvýšená miera poklesu schopnosti vykonávať zárobkovú činnosť. Odporkyňa v písomnom vyjadrení navrhla preskúmavané rozhodnutie ako vecne správne potvrdiť. Ďalej uviedla, že navrhovateľ žiadal o invalidný dôchodok dňa 18.06.2009, jeho zdravotný stav posúdil posudkový lekár a dospel k záveru, že navrhovateľ je invalidný od 04.05.2009 s mierou poklesu schopnosti vykonávať zárobkovú činnosť 45 %. Na základe toho rozhodnutím z 09.09.2009 č. XXXXXXX XXX mu bol priznaný invalidný dôchodok od 04. mája 2009. Potrebný počet rokov obdobia dôchodkového poistenia na vznik nároku na invalidný dôchodok poistenca vo veku nad 28 rokov je najmenej 5 rokov a zisťuje sa z posledných 10 rokov pred vznikom invalidity. V posledných 10 rokov pred vznikom invalidity navrhovateľ získal 2.168 dní obdobia dôchodkového poistenia ako je to uvedené v rozpise priloženom v osobnom liste dôchodkového poistenia. Podľa § 60 ods. 8 zák. č. 361/2003 Z. z. v znení neskorších predpisov, rok dôchodkového poistenia je 365 dní dôchodkového poistenia. Z uvedeného vyplýva, že v posledných 10 rokoch pred vznikom invalidity navrhovateľ získal 5 rokov a 343 dní obdobia dôchodkového poistenia, čím splnil podmienku potrebného počtu rokov obdobia dôchodkového poistenia na vznik nároku na invalidný dôchodok. Navrhovateľ ku dňu vzniku invalidity nesplnil podmienky nároku na starobný dôchodok a nebol mu priznaný ani predčasný starobný dôchodok. Suma invalidného dôchodku je určená podľa § 73 ods. 2 zákona č. 461/2003 Z. z. ako súčin priemerného osobného mzdového bodu obdobia dôchodkového poistenia získaného ku dňu vzniku nároku na invalidný dôchodok, ku ktorému sa pripočíta obdobie od vzniku nároku na invalidný dôchodok do dovŕšenia dôchodkového veku aktuálnej dôchodkovej hodnoty a percentuálneho poklesu schopnosti vykonávať zárobkovú činnosť. Priemerný osobný mzdový bod je určený ako podiel úhrnu osobných mzdových bodov za jednotlivé kalendárne roky rozhodujúceho obdobia a obdobia dôchodkového poistenia v rozhodujúcom období vyjadreného v rokoch. V rozhodujúcom období kalendárnych rokov 1984 až 2008 navrhovateľ na zistenie priemerného osobného mzdového bodu nezískal aspoň 22 kalendárnych rokov podľa § 63 ods. 7 zák. č. 461/2003 Z. z. v znení neskorších predpisov. Týchto 22 kalendárnych rokov nezískal ani po postupnom rozšírení rozhodujúceho obdobia pred 1. januárom 1984. Priemerný osobný mzdový bod bol preto podľa § 63 ods. 8 druhej vety zákona č. 461/2003 Z. z. vypočítaný z tohto nižšieho počtu kalendárnych rokov. Osobné mzdové body v týchto kalendárnych rokoch sa zisťujú osobitne za každý kalendárny rok a to ako podiel úhrnu vymeriavacích základov, z ktorých sa platí poistné na dôchodkové poistenie a všeobecného vymeriavacieho základu uvedeného v prílohe č. 3 k zákonu a v príslušných opatreniach Ministerstva práce, sociálnych vecí a rodiny Slovenskej republiky, ktorým boli ustanovené sumy všeobecných vymeriavacích základov za kalendárne roky po kalendárnom roku 2002. Všeobecný vymeriavací základ za kalendárny rok 2008 sa podľa § 11 ods. 2 zákona rovná všeobecnému vymeriavaciemu základu za rok 2007. Prehľad hodnôt osobitných mzdových bodov za jednotlivé kalendárne roky rozhodujúceho obdobia je uvedený v osobnom liste. Poistencovi, ktorý v niektorom kalendárnom roku rozhodujúceho obdobia získal obdobie dôchodkového poistenia podľa § 255 ods. 3 zákona č. 461/2003 Z. z. patrí za takýto kalendárny rok osobný mzdový bod, ktorého hodnota je 0,3. Takýto kalendárny rok sa z rozhodujúceho obdobia vylučuje a na výpočet priemerného osobného mzdového bodu sa vylúči aj počet dní kalendárneho roka obdobia dôchodkového poistenia. Ak takéto obdobie dôchodkového poistenia netrvalo celý kalendárny rok, patrí pomerná časť hodnoty osobného mzdového bodu pripadajúca na túto časť kalendárneho roka podľa § 255 ods. 3 zákona č. 461/2003 Z. z.. Pretože navrhovateľ získal náhradnú dobu podľa § 9 zákona č. 100/1988 Zb. preukázal dobu štúdia, ktorá sa hodnotí ako zamestnanie a získal dobu inej vojenskej služby alebo dobu civilnej služby v kalendárnom roku 1983 122 dní v kalendárnom roku 1987 195 dní, v kalendárnom roku 1988 158 dní, v .kalendárnom roku 2000 260 dní, v kalendárnom roku 2002 61 dní, v kalendárnom roku 2003 274 dní, patrí za toto obdobie pomerná časť osobného mzdového bodu 0,3. Úhrn osobných mzdových bodov za jednotlivé kalendárne roky rozhodujúceho obdobia je 19,8160. V rozhodujúcom období navrhovateľ úhrnom získal 6.674 dní dôchodkového poistenia, to znamená 18,2850 rokov dôchodkového poistenia podľa § 63 ods. 1 zákona č. 461/2003 Z. z.. Podiel úhrnu osobných mzdových bodov a rokov dôchodkového poistenia v rozhodujúcom období priemerný osobný mzdový bod je 1,0838. Podľa § 63 ods.3 zákona č. 461/2003 Z. z. v znení zákona č. 584/2005 Z. z. sa priemerný osobný mzdový bod v hodnote nižšej ako 1,25 započítal v plnej výške. Ku dňu vzniku nároku na invalidný dôchodok navrhovateľa, t. j. k 04.05.2009 získal 7.892 dní obdobia dôchodkového poistenia, presný rozpis je uvedený v osobnom liste, ku ktorému sa pripočíta obdobie od vzniku nároku na invalidný dôchodok do dosiahnutia dôchodkového veku. Dôchodkový vek podľa § 65 ods. 2 zákona navrhovateľ dosiahne dovŕšením 62 rokov veku, t. j. 06.04.2031. V období od vzniku nároku na invalidný dôchodok do dovŕšenia dôchodkového veku získal 8.007 dní a spolu s obdobím dôchodkového poistenia 15.899 dní, čo na účely výpočtu dôchodku predstavuje 43,5590 rokov obdobia dôchodkového poistenia a pripočítaného obdobia. Aktuálna dôchodková hodnota platná k 04.05.2009 podľa opatrenia č. 592/2008 Z. z. na rok 2009 je 8,9955 EUR. Suma invalidného dôchodku je potom 191,20 EUR mesačne a je určená ako súčin priemerného osobného mzdového bodu obdobia dôchodkového poistenia spolu s pripočítaným obdobím aktuálnej dôchodkovej hodnoty a percentuálneho poklesu schopnosti vykonávať zárobkovú činnosť (1,0838 x 43,5590 x 8,9955 x 45 % = 191,20 EUR mesačne). Pretože navrhovateľovi podľa § 274 zákona č. 461/2003 Z. z. sa zachovávajú nároky vyplývajúce so zaradenia zamestnania do zvýhodnenej pracovnej kategórie a suma dôchodku nemôže byť nižšia ako suma dôchodku určená podľa právnych predpisov účinných do 31. decembra 2003, dôchodok bol navrhovateľovi vypočítaný aj podľa týchto právnych predpisov. Suma invalidného dôchodku podľa predpisov účinných do 31. decembra 2003 je určená z priemerného mesačného zárobku 135,00 EUR za roky 2000, 2007, 1999, 2006, 2008. Započítaná doba zamestnania je 39 rokov, na dobu zamestnania pred 18 rokom veku sa neprihliada. Invalidný dôchodok je 75 % priemerného mesačného zárobku, to znamená 101,30 EUR mesačne. K tejto sume patrí úprava podľa zákona č. 306/2002 Z. z. v znení zákona č. 639/2002 Z. z. o 155,80 EUR mesačne a 257,10 EUR mesačne a zvýšenie podľa zákona č. 222/2003 Z. z. o 15,50 EUR mesačne na 272,60 EUR mesačne. Osobné vymeriavacie základy pred rokom 2009 boli na účely určenia sumy dôchodku podľa zákona č. 100/1988 Zb. v znení neskorších predpisov prepočítané podľa konverzných kurzov (EUR = 30,1260 Sk) na sumy v EUR v súlade s § 293ar ods. 4 zákona č. 461/2003 Z. z. v znení zákona č. 659/2007 Z. z. a zaokrúhlené na najbližší eurocent nahor. Po tomto prepočítaní hrubý zárobok za rok 1999 je 6216,56 EUR, za rok 2000 je 2439,19 EUR, za rok 2006 je 6204,28 EUR, za rok 2007 6398,30 EUR a za rok 2008 2326,10 EUR. Suma invalidného dôchodku vypočítaná podľa zákona č. 461/2003 Z. z. je 191,20 EUR mesačne a suma invalidného dôchodku vypočítaná podľa zákona č. 100/1998 Zb. v znení neskorších predpisov je 272,60 EUR mesačne. Pretože suma invalidného dôchodku určená podľa zákona č. 100/1988 Zb. je vyššia, invalidný dôchodok navrhovateľovi patrí v tejto sume. Navrhovateľ správnosť rozhodnutia v roku 2009 nenamietal. Na základe vykonanej lekárskej prehliadky určenej na júl 2011 zdravotný stav navrhovateľa bol posúdený posudkovým lekárom tak, že navrhovateľ je naďalej invalidný s mierou poklesu schopnosti vykonávať zárobkovú činnosť od 08.08.2011 70 %. Suma invalidného dôchodku aj v preskúmavanom rozhodnutí bola určená podľa § 7 ods. 2 zákona č. 461/2003 Z. z.. Spôsob jeho výpočtu bol podrobne vysvetlený v rozhodnutí o priznaní invalidného dôchodku zo dňa 09.09.2009. Hodnota priemerného osobného mzdového bodu ostala nezmenená 1,0838 a počet rokov obdobia dôchodkového poistenia spolu s pripočítaným obdobím je 15.892 dní. Aktuálna dôchodková hodnota platná k 08.08.2011 podľa opatrenia č. 497/2010 bola určená na rok 2011 9,5756 EUR. Suma invalidného dôchodku v preskúmavanom rozhodnutí bola určená ako súčin priemerného osobného mzdového bodu 1,0838 x obdobie dôchodkového poistenia spolu s pripočítaným obdobím 43,5590 rokov x aktuálna dôchodková hodnota 9,5756 x 70 % miera poklesu schopnosti vykonávať zárobkovú činnosť = 316,50 EUR mesačne. K tejto sume invalidného dôchodku patrí suma zvýšenia o 5,50 EUR mesačne, ktorá patrila k doteraz vyplácanému invalidnému dôchodku podľa § 82 zákona. Pretože sa navrhovateľovi podľa § 274 zákona č. 461/2003 Z. z. zachovávajú nároky vyplývajúce zo zaradenia zamestnania do zvýhodnenej pracovnej kategórie a suma dôchodku nemôže byť nižšia ako suma dôchodku určená podľa právnych predpisov určených do 31. decembra 2003, sumu invalidného dôchodku určená podľa zákona č. 461/2003 Z. z. porovnali s vyplácanou sumou invalidného dôchodku určenú podľa právnych predpisov do 31. decembra 2003. Suma invalidného dôchodku vypočítaná podľa zákona č. 461/2003 Z. z. je 322,00 EUR mesačne a suma invalidného dôchodku určená podľa zákona č. 100/1988 Z. z. je 306,00 EUR mesačne. Pretože suma invalidného dôchodku určená podľa zákona č. 461/2003 Z. z. je vyššia, preto invalidný dôchodok navrhovateľovi patrí v tejto vyššej sume. Súd podľa § 250l a násl. O.s.p. preskúmal napadnuté rozhodnutie odporkyne, oboznámil sa s posudkovým spisom (zdravotnou dokumentáciou navrhovateľa), dávkovým spisom odporkyne, lekárskou správou posudkového lekára Sociálnej poisťovne, ústredie, so sídlom D. z 23.11.2011, písomným vyjadrením odporkyne, ako aj písomnými podaniami, ktoré navrhovateľ zaslal odporkyni a pripojil ich aj súdu dospel k záveru, že opravný prostriedok navrhovateľa nie je dôvodný. Navrhovateľ ako to uviedol v opravnom prostriedku, v ďalších svojich písomných podaniach a aj na súdom pojednávaní namieta predovšetkým nesprávnosť výpočtu invalidného dôchodku v preskúmavanom rozhodnutí zo dňa 13.09.2011. Z pripojených administratívnych spisov súd zistil, že odporkyňa rozhodnutím z 09.09.2009 č. XXXXXXX XXX priznala navrhovateľovi invalidný dôchodok od 04.05.2009 v sume 272,60 EUR mesačne s tým, že miera poklesu schopnosti vykonávať zárobkovú činnosť podľa posudku posudkového lekára bola v rozsahu 45 %. Pri výpočte invalidného dôchodku ku dňu vzniku nároku na invalidný dôchodok, t. j. 04.05.2009 odporkyňa navrhovateľovi vypočítala výšku invalidného dôchodku jednak podľa zákona č. 461/2003 Z. z. v znení neskorších zmien (ďalej len zákon o sociálnom poistení) a pretože sa navrhovateľovi podľa § 274 zákona o sociálnom poistení zachovávajú nároky vyplývajúce zo zaradenia zamestnania do zvýhodnenej pracovnej kategórie a keďže suma dôchodku nemôže byť nižšia ako suma dôchodku určená podľa právnych predpisov účinných do 31. decembra 2003, dôchodok zároveň navrhovateľovi vypočítala aj podľa právneho predpisu účinného do 31. decembra 2003, t. j. zákon č. 100/1988 Zb. v znení neskorších zmien. Suma invalidného dôchodku bola navrhovateľovi vypočítaná podľa § 73 ods. 2 zákona o sociálnom poistení ako súčin priemerného osobného mzdového bodu, obdobia dôchodkového poistenia získaného ku dňu vzniku nároku na invalidný dôchodok, ku ktorému sa pripočíta obdobie od vzniku nároku na invalidný dôchodok do dovŕšenia dôchodkového veku, aktuálnej dôchodkovej hodnoty a percentuálneho poklesu schopnosti vykonávať zárobkovú činnosť. Hodnota priemerného osobného mzdového bodu navrhovateľovi bola vypočítaná v súlade s ustanovením § 63 zákona o sociálnom poistení a bola určená ako 1,0838 a jej výpočet bol podrobne rozpísaný v rozhodnutí o priznaní invalidného dôchodku, ktorý výpočet navrhovateľ nikdy nenamietal. Obdobie dôchodkového poistenia ku dňu vzniku nároku na invalidný dôchodok s pripočítaním obdobia od vzniku nároku na invalidný dôchodok do dosiahnutia dôchodkového veku bol vypočítaný tak, že navrhovateľ získal celkom obdobie dôchodkového veku 15.899 dní, t. j. 43,5590 rokov obdobia dôchodkového poistenia, ktorú výšku navrhovateľ takisto nikdy nenamietal. Aktuálna dôchodková hodnota platná k 04.05.2009 podľa opatrenia č. 592/2008 Z. z. bola určená na rok 2008 8,9955 EUR. Na základe uvedených skutočnosti odporkyňa vypočítala sumu invalidného dôchodku navrhovateľovi podľa zákona o sociálnom poistení ku dňu 04.05.2009 na 191,20 EUR mesačne. Zároveň v súlade s ustanovením § 274 zákona o sociálnom poistení navrhovateľovi bol vypočítaný invalidný dôchodok aj podľa predpisov účinných do 312.12.2003, t. j. podľa zákona č. 100/1988 Zb. v znení neskorších predpisov. Suma výpočtu invalidného dôchodku podľa tohto zákona bola presne rozpísaná v rozhodnutí odporkyne o vzniku nároku navrhovateľa na invalidný dôchodok od 04.05.2009 a po zákonných zvýšeniach táto bola vypočítaná na 272,60 EUR mesačne. Pretože suma invalidného dôchodku navrhovateľa ku dňu 04.05.2009 vypočítaná podľa zákona o sociálnom poistení je 191,20 EUR mesačne a je nižšia ako suma invalidného dôchodku vypočítaná navrhovateľovi podľa zákona č. 100/1988 Zb., ktorá je 272,60 EUR mesačne, navrhovateľovi bol vyplácaný od 04.05.2009 invalidný dôchodok vypočítaný podľa zákona č. 100/1988 Zb. a po jeho nasledujúcich zákonných zvýšeniach mu tento bol vyplácaný pred rozhodnutím zo dňa 13.09.2011 v sume 306,- EUR. Na základe nariadenej kontrolnej lekárskej prehliadky u navrhovateľa na základe posudku posudkového lekára bola zvýšená miera poklesu schopnosti vykonávať zárobkovú činnosť od 08.08.2011 zo 45 % na 70 %. Na základe zvýšenia miery poklesu schopnosti vykonávať zárobkovú činnosť u navrhovateľa odporkyňa v súlade s ustanovením § 73 zákona o sociálnom poistení opätovne vypočítala sumu invalidného dôchodku u navrhovateľa podľa zákona o sociálnom poistení a to ako súčin priemerného osobného mzdového bodu, ktorý už skôr bol určený hodnotu 1,0838 x obdobie dôchodkového poistenia, spolu s pripočítaným obdobím, ktorý skôr bol vypočítaný na 15.899 dní, t. j. 43,5590 rokov obdobia dôchodkového poistenia x aktuálna dôchodková hodnota, ktorá podľa opatrenia č. 497/2010 Z. z. je určená na rok 2011 9,5756 EUR x percentuálny pokles schopnosti vykonávať zárobkovú činnosť 70 % = 316,50 EUR mesačne a 5,50 EUR, ktorá suma už patrila k doteraz vyplácanému invalidnému dôchodku, takže celková suma invalidného dôchodku navrhovateľa od 08.08.2011 je 322,- EUR mesačne. Nakoľko invalidný dôchodok navrhovateľa vypočítaný od 08.08.2011 podľa zákona 461/2003 Z. z. je 322,- EUR mesačne, čo je viac ako invalidný dôchodok, ktorý navrhovateľovi bol vypočítaný podľa zákona účinného do 31. decembra 2003 z dôvodu zachovania nárokov vyplývajúcich zo zaradenia zamestnania do zvýhodnenej pracovnej kategórie a táto suma nemôže byť nižšia ako suma dôchodku určená podľa právnych predpisov účinných do 31. decembra 2003, ktorá bola vypočítaná aj po zákonných zvýšeniach na 272,60 EUR mesačne je nižšia, z ktorého dôvodu navrhovateľovi od 08.08.2011 sa bude vyplácať invalidný dôchodok vypočítaný podľa zákona o sociálnom poistení, lebo tento je vyšší ako suma invalidného dôchodku vypočítaná podľa zákona č. 100/1988 Zb.. Námietky navrhovateľa ohľadne výpočtu invalidného dôchodku v preskúmavanom rozhodnutí zo dňa 13.09.2011 súd považuje za nedôvodné, pretože suma invalidného dôchodku od 08.08.2011 kedy bola zvýšená miera poklesu schopnosti vykonávať zárobkovú činnosť u navrhovateľa zo 45 % na 70 % bola správne vypočítaná jednak podľa zákona č. 461/2003 Z. z. v znení neskorších zmien, ako aj podľa zákona č. 100/1988 Zb. v znení neskorších zmien. Navrhovateľovi od 08.08.2011 je vyplácaný invalidný dôchodok, ktorý bol vypočítaný vo vyššej sume a to invalidný dôchodok vypočítaný podľa zákona č. 461/2003 Z. z.. Výpočet a prepočet invalidného dôchodku ako to uvádza navrhovateľ vo svojom opravnom prostriedku a na ktorom trval a poukazoval aj na súdnom pojednávaní nemá oporu jednak v zákone o sociálnom poistení ( zákon č. 461/2003 Z. z. ani v zákone č. 100/1988 Zb.). Odporkyňa pri výpočte invalidného dôchodku mohla postupovať iba v súlade so zákonom, ktorý upravuje výpočet invalidného dôchodku a to jednak ako je upravený v zákone o sociálnom poistení, ako aj v zákone č. 100/1988 Zb. a nemôže postupovať tak, ako to žiada samotný navrhovateľ a ktorý považuje len svoj výpočet za správny. Navrhovateľ si predovšetkým musí uvedomiť aj tú skutočnosť, že invalidný dôchodok, ktorého výška mu bola priznaná rozhodnutím odporkyne zo dňa 09.09.2009 mu bola vyplácaná tak ako invalidný dôchodok bol vypočítaný podľa zákona č. 100/1988 Zb., lebo týmto výpočtom bola určená vyššia suma invalidného dôchodku ako podľa zákona č. 461/2003 Z. z.. Po zmene miery poklesu schopnosti vykonávať zárobkovú činnosť výpočet invalidného dôchodku podľa zákona o sociálnom poistení je vyšší ako výpočet invalidného dôchodku podľa zákona č. 100/1988 Zb., a preto už rozhodnutím zo dňa 13.09.2011 mu bude vyplácaný invalidný dôchodok vypočítaný podľa zákona č. 461/2003 Z. z.. Aj pri výpočte invalidného dôchodku podľa zákona č. 461/2003 Z. z. v roku 2009 a v roku 2011 musí byť rozdiel, pretože opatrením Ministerstva práce, sociálnych vecí a rodiny Slovenskej republiky č. 592/2008 Z. z. bola určená aktuálna dôchodková hodnota na rok 2009 8,9955 EUR, ktorá bola použitá pri výpočte invalidného dôchodku ku dňu 04.05.2009 a opatrením Ministerstva práce, sociálnych vecí a rodiny Slovenskej republiky č. 497/2010 Z. z. bola určená aktuálna dôchodková hodnota na rok 2011 9,5756 EUR, ktorá bola použitá pri výpočte invalidného dôchodku od 08.08.2011. Navrhovateľovi tak ako je uvedené aj v odôvodnení preskúmavaného rozhodnutia patrí zvýšenie už skôr vyplácaného invalidného dôchodku o 5,50 EUR mesačne, ktoré bolo priznané rozhodnutím z 09.12.2010. Iné zvýšenie invalidného dôchodku vypočítaného podľa zákona č. 461/2003 Z. z. ako bolo priznané mu nepatrí. Na základe uvedených skutočnosti súd dospel k záveru, že rozhodnutie odporkyne bolo vydané v súlade so zákonom o sociálnom poistení, a preto ho súd podľa § 250q ods. 2 O.s.p. potvrdil. O náhrade trov konania súd rozhodol podľa § 250l ods. 2 v spojení s § 250k ods. 1 O.s.p. a účastníkom ich náhradu nepriznal, pretože navrhovateľ v konaní úspešný nebol a odporkyňa zo zákona nemá právo na ich náhradu. Poučenie: Proti tomuto rozsudku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https://www.kauzis.sk/judikatura/r/ECLI:SK:KSKE:2011:7011201034.1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