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7Cbi/2/2008 z 5. 6. 2012</w:t>
      </w:r>
    </w:p>
    <w:p>
      <w:r>
        <w:t>Uznesenie Krajského súdu Košice z 5. júna 2012, sp. zn. 7Cbi/2/2008, ECLI:SK:KSKE:2012:7008200319.2</w:t>
      </w:r>
    </w:p>
    <w:p>
      <w:r>
        <w:t>Súd: Krajský súd Košice</w:t>
      </w:r>
    </w:p>
    <w:p>
      <w:r>
        <w:t>Spisová značka: 7Cbi/2/2008</w:t>
      </w:r>
    </w:p>
    <w:p>
      <w:r>
        <w:t>ECLI: ECLI:SK:KSKE:2012:7008200319.2</w:t>
      </w:r>
    </w:p>
    <w:p>
      <w:r>
        <w:t>Dátum vydania: 5. 6. 2012</w:t>
      </w:r>
    </w:p>
    <w:p>
      <w:r>
        <w:t>Forma: Uznesenie</w:t>
      </w:r>
    </w:p>
    <w:p>
      <w:pPr>
        <w:pStyle w:val="Heading2"/>
      </w:pPr>
      <w:r>
        <w:t>Text rozhodnutia</w:t>
      </w:r>
    </w:p>
    <w:p>
      <w:r>
        <w:t>Súd: Krajský súd Košice Spisová značka: 7Cbi/2/2008 Identifikačné číslo súdneho spisu: 7008200319 Dátum vydania rozhodnutia: 06. 06. 2012 Meno a priezvisko sudcu, VSÚ: JUDr. Marta Valková ECLI: ECLI:SK:KSKE:2012:7008200319.2 Uznesenie Krajský súd v Košiciach v právnej veci žalobcu G. A., nar. XX.X.XXXX, naposledy bytom Z. C. XXX, zomrelej dňa X.XX.XXXX, proti žalovanému M.. O. Z., advokát, D.. sv. I. XXXX/XXX, A., správca konkurznej podstaty úpadcu Z. Z. S., a.s., Z. S. o vylúčenie veci z konkurznej podstaty takto r o z h o d o l : Konanie zastavuje. Žiaden z účastníkov nemá právo na náhradu trov konania. o d ô v o d n e n i e : Žalobca žalobou doručenou súdu dňa 14.3.2008 žiadal, aby súd vylúčil z konkurznej podstaty úpadcu Z. Z. S., a.s., Z. S. nehnuteľnosti - pozemok parcelné č. XXX/X, zastavané plochy a nádvoria o výmere 105m2 a dom na parcele č. XXX/X, súpisné číslo XXX, zapísané na LV č. XXX kat. územie Z. C., obec Z. C., vedenom na Správe katastra Spišská Nová Ves a zaviazal žalovaného nahradiť trovy konania, nakoľko je ich vlastníkom. Podľa § 103 O.s.p. kedykoľvek za konania prihliada súd na to, či sú splnené podmienky, za ktorých môže konať vo veci. Jednou z podmienok konania je i spôsobilosť byť účastníkom konania (§ 19 O.s.p.) Podľa § 19 O.s.p., spôsobilosť byť účastníkom konania má ten, kto má spôsobilosť mať práva a povinnosti; inak len ten, komu ju zákon priznáva. Podľa § 104 ods. 1 veta prvá O.s.p. ak ide o taký nedostatok podmienky konania, ktorý nemožno odstrániť, súd konanie zastaví. Podľa § 107 ods. 1 O.s.p. ak účastník stratí spôsobilosť byť účastníkom konania skôr, ako sa konanie právoplatne skončilo, súd posúdi podľa povahy veci, či má konanie zastaviť alebo prerušiť alebo či môže v ňom pokračovať. Podľa § 107 ods. 3 O.s.p.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 Súd zistil, že v priebehu konania dňa 9.11.2011 žalobkyňa zomrela a konanie o dedičstve, vedené na Okresnom súde v Spišskej Novej Vsi pod sp. zn. XD/XXX/XXXX, X W. XXX/XXXX bolo dňa 3.1.2012 právoplatne skončené uznesením zo dňa 14.12.2011, v ktorom súd konanie zastavil z dôvodu, že poručiteľka v čase svojej smrti nevlastnila žiadny hnuteľný ani nehnuteľný majetok. Podmienkou na to, aby niekto mohol byť účastníkom občianskeho súdneho konania, je, že musí byť na to spôsobilý. Spôsobilosťou byť účastníkom konania sa rozumie spôsobilosť subjektov mať procesné práva a povinnosti, ktoré procesné právo priznáva účastníkom konania, teda procesnú subjektivitu. Vo všetkých konaniach majú spôsobilosť byť účastníkom konania tí, ktorí majú všeobecnú spôsobilosť mať práva a povinnosti podľa hmotného práva, teda všeobecnú hmotnoprávnu subjektivitu. Hmotnoprávna subjektivita u fyzických osôb vzniká narodením a zaniká smrťou (§ 7 ods. 1,2 Občianskeho zákonníka).Vzhľadom k tomu, že žalobca zomrel a dedičské konanie bolo právoplatne skončené zastavením konania pre nemajetnosť poručiteľa, súd nemá s kým v konaní pokračovať. Súd preto dospel k záveru, že žalobca nemá spôsobilosť byť účastníkom konania, a preto nie je splnená podmienka konania, za ktorej môže vo veci konať. Splnenie podmienky procesnej subjektivity súd skúma aj bez návrhu po celý čas konania, pričom ide o neodstrániteľný nedostatok, ktorý vedie k zastaveniu konania. Na základe vyššie uvedených skutočností súd konanie podľa § 104 ods. 1 O.s.p. zastavil. O náhrade trov konania súd rozhodol podľa § 146 ods. 1 písm. c/ O.s.p., podľa ktorého žiaden z účastníkov nemá právo na náhradu trov konania podľa jeho výsledku, ak konanie bolo zastavené. Poučenie: Odvolanie sa podáva do 15 dní od doručenia rozhodnutia na súde, proti rozhodnutiu ktorého smeruje s tým, že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https://www.kauzis.sk/judikatura/r/ECLI:SK:KSKE:2012:7008200319.2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