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11Co/213/2010 z 20. 3. 2012</w:t>
      </w:r>
    </w:p>
    <w:p>
      <w:r>
        <w:t>Uznesenie Krajského súdu Košice z 20. marca 2012, sp. zn. 11Co/213/2010, ECLI:SK:KSKE:2012:7010899165.2</w:t>
      </w:r>
    </w:p>
    <w:p>
      <w:r>
        <w:t>Súd: Krajský súd Košice</w:t>
      </w:r>
    </w:p>
    <w:p>
      <w:r>
        <w:t>Spisová značka: 11Co/213/2010</w:t>
      </w:r>
    </w:p>
    <w:p>
      <w:r>
        <w:t>ECLI: ECLI:SK:KSKE:2012:7010899165.2</w:t>
      </w:r>
    </w:p>
    <w:p>
      <w:r>
        <w:t>Dátum vydania: 20.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11Co/213/2010 Identifikačné číslo súdneho spisu: 7010899165 Dátum vydania rozhodnutia: 21. 03. 2012 Meno a priezvisko sudcu, VSÚ: JUDr. Jarmila Čabaiová ECLI: ECLI:SK:KSKE:2012:7010899165.2 Uznesenie Krajský súd v Košiciach vo veci žalobcu U. L..V.., X., H. X, IČO: 36 187 437, zast. JUDr. Michalom Kuročkom, advokátom, Michalovce, Nám. Slobody 3, proti žalovanému N. Q., nar. X.X.XXXX, bytom X., Š. XX, zast. JUDr. Danou Čukylovou, advokátkou, Michalovce, Nám. Slobody 3, o náhradu škody, o odvolaní žalobcu proti rozsudku 10C 812/2000-203 z 2.3.2010 Okresného súdu Michalovce r o z h o d o l : Žalobca nemá právo na náhradu trov odvolacieho konania a žalovanému sa ich náhrada nepriznáva. o d ô v o d n e n i e : Rozsudkom Krajského súdu v Košiciach 11Co 213/2010-237 zo 14.3.2012 odvolací súd potvrdil napadnutý rozsudok a vyslovil, že o trovách odvolacieho konania rozhodne samostatným uznesením. Žalovaný, ktorý mal v odvolacom konaní úspech, uplatnil náhradu trov odvolacieho konania, avšak túto v lehote ustanovenej v § 151 ods. 1 O.s.p. nevyčíslil, preto odvolací súd náhradu trov odvolacieho konania žalovanému nepriznal a žalobca nemal v odvolacom konaní úspech, preto nemá právo na náhradu jeho trov (§ 224 ods. 1, § 142 ods. 1 O.s.p.). Podľa § 142 ods. 1 O.s.p. účastníkovi, ktorý má vo veci plný úspech, súd prizná náhradu trov potrebných na účelné uplatňovanie alebo bránenie práva proti účastníkovi, ktorý vo veci úspech nemal. Podľa § 151 ods. 1 O.s.p. o povinnosti nahradiť trovy konania rozhoduje súd na návrh, spravidla v rozhodnutí, ktorým sa konanie končí. Účastník, ktorému sa prisudzuje náhrada trov konania, je povinný trovy konania vyčísliť najneskôr do 3 pracovných dní od vyhlásenia tohto rozhodnutia. Podľa § 214 ods. 5 O.s.p. ak nemožno v čase verejného vyhlásenia rozsudku rozhodnúť o náhrade trov konania, pretože neboli vyčíslené, odvolací súd rozhodne samostatným uznesením. V súlade s cit. ust. odvolací súd rozhodol o trovách odvolacieho konania tak, že žalovanému, ktorý mal vo veci úspech náhradu trov odvolacieho konania nepriznal a žalobca nemá právo na náhradu trov odvolacieho konania, lebo nemal v odvolacom konaní úspech. Rozhodnutie bolo prijaté senátom pomerom hlasov 3:0 (§ 3 ods. 9 zák. č. 757/2004 Z.z. v znení účinnom od 1. mája 2011). Poučenie: Proti uzneseniu odvolacieho súdu odvolanie nie je prípustné.</w:t>
      </w:r>
    </w:p>
    <w:p/>
    <w:p>
      <w:r>
        <w:t>Zdroj: KAUZIS.SK – https://www.kauzis.sk/judikatura/r/ECLI:SK:KSKE:2012:7010899165.2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