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7S/165/2012 z 4. 11. 2012</w:t>
      </w:r>
    </w:p>
    <w:p>
      <w:r>
        <w:t>Uznesenie Krajského súdu Košice z 4. novembra 2012, sp. zn. 7S/165/2012, ECLI:SK:KSKE:2012:7012201073.1</w:t>
      </w:r>
    </w:p>
    <w:p>
      <w:r>
        <w:t>Súd: Krajský súd Košice</w:t>
      </w:r>
    </w:p>
    <w:p>
      <w:r>
        <w:t>Spisová značka: 7S/165/2012</w:t>
      </w:r>
    </w:p>
    <w:p>
      <w:r>
        <w:t>ECLI: ECLI:SK:KSKE:2012:7012201073.1</w:t>
      </w:r>
    </w:p>
    <w:p>
      <w:r>
        <w:t>Dátum vydania: 4. 11.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7S/165/2012 Identifikačné číslo súdneho spisu: 7012201073 Dátum vydania rozhodnutia: 05. 11. 2012 Meno a priezvisko sudcu, VSÚ: JUDr. Jozef Kuruc ECLI: ECLI:SK:KSKE:2012:7012201073.1 Uznesenie Krajský súd v Košiciach v právnej veci žalobcu J. U. S. S..X..F.., A..X.. Š. Č.. XXXX/XX, J., zast. JUDr. Martinou Gombosovou, advokátkou, Moldavská cesta č. 21/A, Košice, proti žalovanému Finančné riaditeľstvo SR, Vazovova č. 2, Bratislava, o preskúmanie rozhodnutia č. 1020506/1/1054732/2012/5199-r zo dňa 26.06.2012 takto r o z h o d o l : Konanie z a s t a v u j e. Žiaden z účastníkov n e m á právo na náhradu trov konania. o d ô v o d n e n i e : V konaní o preskúmanie rozhodnutia žalovaného č. 1020506/1/1054732/2012/5199-r zo dňa 26.06.2012 súd vyzval žalobcu zaplatiť súdny poplatok za žalobu v sume 66,- eur v lehote 10 dní od doručenia výzvy a súčasne ho poučil o následku v prípade nezaplatenia súdneho poplatku. Zástupkyňa žalobcu prevzala výzvu dňa 28.09.2012. Žalobca v určenej lehote a ani do dňa vydania tohto uznesenia súdny poplatok za žalobu nezaplatil. Podľa § 10 ods.1 zákona č. 71/1992 Zb. o súdnych poplatkoch a poplatku za výpis z registra trestov v znení neskorších predpisov,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súd konanie zastaví. O následkoch nezaplatenia poplatku musí byť poplatník vo výzve poučený. O náhrade trov konania bolo rozhodnuté podľa § 146 ods.1 písm. c) O.s.p. za použitia § 246c ods. 1 O.s.p. tak, že žiaden z účastníkov nemá právo na náhradu trov konania, pretože konanie bolo zastavené. Vo veci rozhodol senát pomerom hlasov 3:0. Poučenie: Proti tomuto uzneseniu je prípustné odvolanie do 15 dní odo dňa jeho doručenia na Krajský súd v Košiciach (§ 374 ods. 4 O.s.p.), a to písomne v dvoch vyhotoveniach. Odvolanie má obsahovať popri všeobecných náležitostiach podľa ust. § 42 ods. 3 O.s.p., údaje v zmysle ust. § 205 ods.1 O. s. p., t. j. proti ktorému rozhodnutiu odvolanie smeruje, v akom rozsahu sa rozhodnutie alebo postup súdu považuje za nesprávny a čoho sa odvolateľ domáha.</w:t>
      </w:r>
    </w:p>
    <w:p/>
    <w:p>
      <w:r>
        <w:t>Zdroj: KAUZIS.SK – https://www.kauzis.sk/judikatura/r/ECLI:SK:KSKE:2012:7012201073.1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