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13CoE/529/2012 z 30. 12. 2012</w:t>
      </w:r>
    </w:p>
    <w:p>
      <w:r>
        <w:t>Uznesenie Krajského súdu Košice z 30. decembra 2012, sp. zn. 13CoE/529/2012, ECLI:SK:KSKE:2012:7809201023.2</w:t>
      </w:r>
    </w:p>
    <w:p>
      <w:r>
        <w:t>Súd: Krajský súd Košice</w:t>
      </w:r>
    </w:p>
    <w:p>
      <w:r>
        <w:t>Spisová značka: 13CoE/529/2012</w:t>
      </w:r>
    </w:p>
    <w:p>
      <w:r>
        <w:t>ECLI: ECLI:SK:KSKE:2012:7809201023.2</w:t>
      </w:r>
    </w:p>
    <w:p>
      <w:r>
        <w:t>Dátum vydania: 30. 12. 2012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Krajský súd Košice Spisová značka: 13CoE/529/2012 Identifikačné číslo súdneho spisu: 7809201023 Dátum vydania rozhodnutia: 31. 12. 2012 Meno a priezvisko sudcu, VSÚ: JUDr. Oto Jurčo ECLI: ECLI:SK:KSKE:2012:7809201023.2 Uznesenie Krajský súd v Košiciach v exekučnej veci oprávneného: Slovenská konsolidačná, a.s. Cintorínska 21, Bratislava, IČO: 35776005, proti povinnému: T. M., Ž. XXX, W., T..Č.. XXXXXX/XXXX, v konaní vedenom pred súdnym exekútorom JUDr. Jozefom Ďuricom, so sídlom Borovianska 17, Zvolen, o vymoženie 33,19 Eur s prísl. , o odvolaní oprávneného proti uzneseniu Okresného súdu Rožňava, č. k. 11 Er 65/2009-22, zo dňa 28.10.2011 takto r o z h o d o l : Z r u š u j e uznesenie a v r a c i a vec súdu prvého stupňa na ďalšie konanie. o d ô v o d n e n i e : Uznesením súd prvého stupňa exekúciu zastavil a povinného zaviazal zaplatiť súdnemu exekútorovi JUDr. Jozefovi Ďuricovi, so sídlom Borovianska 17, Zvolen trovy exekúcie v sume 39,92 eur do 3 dní od právoplatnosti uznesenia. Prvostupňový súd uznesením zo dňa 4.10.2012, č.k. 11Er /65/2009-41 rozhodol o pripustení zmeny účastníka na strane oprávneného a to tak, že namiesto pôvodného oprávneného : Slovenská republika- Krajské riaditeľstvo policajného zboru v Nitre, IČO: 00 735 809, Piesková ulica 32, Nitra vstúpil do konania nový oprávnený : Slovenská konsolidačná , a.s., IČO: 35 776005, Cintorínska 21, 814 99 Bratislava. Prvostupňový súd o zastavení exekúcie rozhodol tak po zistení, že exekučným titulom v predmetnej veci je Blok na pokutu nezaplatenú na mieste Oddelenia hraničnej polície PZ Komárno, č.k. AA 2863864 zo dňa 21.6.2008, ktorým bola povinnému uložená povinnosť zaplatiť pokutu v sume 1000,-Sk( 33,19Eur). Uvedený exekučný titul nadobudol právoplatnosť dňa 21.6.2008 a vykonateľnosť dňa 08.07.2008.V zmysle ustanovenia § 88 ods.1 zák. č. 372/1990Zb. o priestupkoch v znení zák. č. 656/2004 Z.z., rozhodnutie o uložení pokuty za priestupok, o nároku na náhradu škody a o náhrade trov konania možno vykonať do troch rokov od uplynutia lehoty určenej na ich zaplatenie. Súd ďalej uviedol, že trojročná lehota je lehotou prekluzívnou, čo znamená, že sa v nej musí exekúcia nielen začať , ale i skončiť. Z uvedeného vyplýva, že pri exekučnom titule , na základe ktorého sa vykonáva predmetná exekúcia, začala trojročná lehota plynúť dňa 08.07.2008 a koniec prekluzívnej lehoty pripadol na deň 08.07.2011.Počnúc nasledujúcim dňom došlo k zániku práva oprávneného na vymáhanie pohľadávky uplynutím prekluzívnej lehoty. Prvostupňový súd v zmysle ustanovenia § 58 ods.1 a § 57 ods.1 písm. f) zák. č. 233/1995 Z.z. o súdnych exekútoroch a exekučnej činnosti a o zmene a doplnení ďalších zákonov ( ďalej len Exekučný poriadok) exekučné konanie zastavil pre zánik práva, na ktorý prihliadol z úradnej moci. Prvostupňový súd súdnemu exekútorovi priznal náhradu trov exekúcie vo výške 39,92 eur. Proti tomuto uzneseniu v zákonnej lehote podal odvolanie oprávnený a navrhol napadnuté uznesenie zrušiť a vec vrátiť súdu prvého stupňa na ďalšie konanie. Poukázal na zákon NRSR č. 298/2008 Z.z., podľa ktorého prvostupňový súd nebol oprávnený exekúciu v predmetnom exekučnom konaní zastaviť s odkazom na ustanovenie § 57 ods.1 písm. f) EP v spojení s ustanovením § 88 ods.1 zákona o priestupkoch v znení účinnom do 31.8.2008.zdôraznil, že prekluzívna lehota na možnosť vymáhania pohľadávky podľa citovaného ustanovenia zákona o priestupkoch by v prípade, ak by nedošlo k jeho vypusteniu počnúc dňom 01.09.2008 zákonom č.298/2008 Z.z. bola uplynula dňa 08.07.2011. Podľa ust. § 88 ods. 1 zákona o priestupkoch v znení účinnom do 31.8.2008 rozhodnutie o uložení pokuty za priestupok , o nároku na náhradu škody a o náhrade trov možno vykonať do troch rokov od uplynutia lehoty určenej na ich zaplatenie. Podľa ust. § 57 ods. 1 písm. f) EP exekúciu súd zastaví , ak po vydaní rozhodnutia zaniklo právo ním priznané. Vzhľadom na absenciu intertemporálnych ustanovení zákona o priestupkoch upravujúcich situáciu , kedy bol exekučný titul vydaný pred dňom 01.09.2008 a posledný deň lehoty na vymáhanie pohľadávky prekluzívnej lehoty uplynul po 01.09.2088, je nutné podľa odvolateľa vykladať ust,. § 88 zákona o priestupkoch tak, že trojročná prekluzívna lehota podľa ust. §88 ods. 1 zákona o priestupkoch v znení účinnom do 31.08.2008 uplynula pred dátumom 01.09.2008, no v prípade ak táto lehota uplynula po uvedenom dátume, nie je možné postupovať v zmysle uvedeného EP. V súvislostí s tým poukázal aj na rozhodnutie Krajského súdu v Banskej Bystrici č.k. 17CoE112/2011-40. Na základe vyššie uvedeného žiadal, aby odvolací súd uznesenie súdu prvého stupňa zrušil v zmysle ustanovenia § 221 ods. 1. písm. h) O.s.p a náhradu trov konania nepriznal žiadnemu z účastníkov. Ostatní účastníci sa k podanému odvolaniu nevyjadrili. Krajský súd v Košiciach ako odvolací súd prejednal odvolanie oprávneného bez nariadenia pojednávania v zmysle ust. § 214 ods. 2 O.s.p. v rozsahu vyplývajúcom z ust. § 212 ods. 1, 3 O.s.p. a dospel k záveru, že odvolanie oprávneného je dôvodné. Súd prvého stupňa vec nesprávne právne posúdil, ak aplikoval na daný prípad ust. § 88 ods. 1 zák. 372/1990 Zb. o priestupkoch v znení účinnom k 31.8.2008, v dôsledku čoho je jeho rozhodnutie vecne nesprávne. V zmysle ust. § 88 ods. 1 zák. 372/1990 Zb. v znení účinnom do 31.8.2008, rozhodnutie o uložení pokuty za priestupok, o nároku na náhradu škody a o náhrade trov konania možno vykonať do 3 rokoch od uplynutia lehoty určenej na ich zaplatenie. Vyššie citované ustanovenie stratilo účinnosť dňom 1.9.2008, odkedy bolo znenie tohto ustanovenia vypustené a doterajšie odseky 2 a 3 sa prečíslovali na ods. 1 a 2. Od 1.9.2008 ust. § 88 neupravuje lehoty, v ktorých možno vykonať rozhodnutie o uložení pokuty, a preto v zmysle ust § 51 zák. 372/1990 Zb., je potrebné použiť všeobecné predpisy o správnom konaní. V zmysle ust. § 51 vyššie citovaného zákona ak nie je v tomto alebo v inom zákone ustanovené inak, vzťahujú sa na konanie o priestupkoch všeobecné predpisy o správnom konaní. Týmto všeobecným predpisom je zák. 71/1967 Zb. o správnom konaní (ďalej len Správny poriadok). V zmysle ust. § 71 ods. 1 Správneho poriadku ak účastník konania nesplní v určenej lehote dobrovoľne povinnosť uloženú mu rozhodnutím, ktoré je vykonateľné alebo zmierom schváleným správnym orgánom alebo ním zostaveným výkazom nedoplatkov, ich výkon sa uskutoční. Ak v rozhodnutí nebola určená lehota na plnenie, určí ju orgán, ktorý uskutočňuje výkon rozhodnutia; lehota nesmie byť kratšia, než ustanovuje osobitný zákon. V zmysle ust. § 71 ods. 3 Správneho poriadku výkon rozhodnutia možno nariadiť najneskôr do 3 rokov po uplynutí lehoty určenej pre splnenie uloženej povinnosti (ods. 1). Z vyššie citovaných zákonných ustanovení je zrejmé, že ak nedošlo k uplynutiu prekluzívnej lehoty pre vykonanie rozhodnutia o uložení pokuty za priestupok (a ďalších rozhodnutí v zmysle ust. § 88 ods. 1 zák. 372/1990 Zb. v znení účinnom do 31.8.2008) najneskôr dňom 31.8.2008, po tomto dátume už citované ustanovenie nie je možné aplikovať, keďže stratilo účinnosť. Od 1.9.2008 teda v zmysle ust. § 71 ods. 3 Správneho poriadku nedochádza k preklúzii práva vyplývajúceho z rozhodnutia o uložení pokuty za priestupok uplynutím lehoty 3 rokov počítanej od uplynutia lehoty určenej na ich zaplatenie a od tohto obdobia je potrebné skúmať iba splnenie podmienky v zmysle ust. § 71 ods. 3 Správneho poriadku, t.j., že výkon rozhodnutia je potrebné nariadiť najneskôr do 3 rokov po uplynutí lehoty určenej na splnenie uloženej povinnosti. Lehota 3 rokov teda nie je určená aj na vykonanie daného rozhodnutia, teda v tejto lehote výkon rozhodnutia, resp. exekúcia ukončená nemusí byť. Z vyššie uvedených dôvodov odvolací súd zrušil napadnuté uznesenie v zmysle ust. § 221 ods. 1 písm. h/ O.s.p. a vracia vec súdu prvého stupňa na ďalšie konanie, v ktorom súd rozhodne aj o trovách tohto odvolacieho konania. Rozhodnutie prijaté senátom pomerom hlasov 3:0 (§ 3 ods. 9 zák. č. 757/2004 Z.z. v znení účinnom od 1. mája 2011). Poučenie: Proti tomuto uzneseniu odvolanie nie je prípustné.</w:t>
      </w:r>
    </w:p>
    <w:p/>
    <w:p>
      <w:r>
        <w:t>Zdroj: KAUZIS.SK – https://www.kauzis.sk/judikatura/r/ECLI:SK:KSKE:2012:7809201023.2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