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2Co/183/2011 z 27. 2. 2012</w:t>
      </w:r>
    </w:p>
    <w:p>
      <w:r>
        <w:t>Uznesenie Krajského súdu Košice z 27. februára 2012, sp. zn. 2Co/183/2011, ECLI:SK:KSKE:2012:7809205394.2</w:t>
      </w:r>
    </w:p>
    <w:p>
      <w:r>
        <w:t>Súd: Krajský súd Košice</w:t>
      </w:r>
    </w:p>
    <w:p>
      <w:r>
        <w:t>Spisová značka: 2Co/183/2011</w:t>
      </w:r>
    </w:p>
    <w:p>
      <w:r>
        <w:t>ECLI: ECLI:SK:KSKE:2012:7809205394.2</w:t>
      </w:r>
    </w:p>
    <w:p>
      <w:r>
        <w:t>Dátum vydania: 27. 2.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Košice Spisová značka: 2Co/183/2011 Identifikačné číslo súdneho spisu: 7809205394 Dátum vydania rozhodnutia: 28. 02. 2012 Meno a priezvisko sudcu, VSÚ: JUDr. Oto Jurčo ECLI: ECLI:SK:KSKE:2012:7809205394.2 Uznesenie Krajský súd v Košiciach v právnej veci žalobcu W. N., bývajúceho na L. Č.. XXX G. E., zastúpeného K.. K. Z., advokátom AK so sídlom na ulici A. J. Č.. X G. B., proti žalovanému N. I., so sídlom na ulici N..B..Š. Č.. XXX G. G., IČO: XX XXX XXX, zastúpenému K.. N. E., advokátom so sídlom na Y. C.. H. Č.. XX G. I., o určenie, že úraz žalobcu je pracovným úrazom, o odvolaní žalovaného proti rozsudku Okresného súdu v Rožňave č.k. 12C/82/2009-129 zo dňa 11.4.2011 takto r o z h o d o l : Náhradu trov odvolacieho konania účastníkom nepriznáva. o d ô v o d n e n i e : Súd prvého stupňa rozsudkom určil, že úraz, ktorý utrpel žalobca ako zamestnanec žalovaného je úrazom pracovným. Žalovaného zaviazal nahradiť žalobcovi trovy konania. V dôsledku odvolania žalovaného odvolací súd rozhodol rozsudkom zo dňa 9.februára 2012 tak, že potvrdil prvostupňový rozsudok. Vo vyjadrení k odvolaniu žalobca uplatnil náhradu trov odvolacieho konania, ale tieto trovy nevyčíslil. Z toho dôvodu odvolací súd v zmysle ust. § 214 ods.5 O.s.p. nemohol v čase verejného vyhlásenia rozhodnúť o náhrade trov konania, preto rozhodol o nich týmto samostatným uznesením. Podľa § 151 ods.2 O.s.p., ak účastník v lehote podľa ods.1 nevyčísli trovy, súd mu prizná náhradu trov konania vyplývajúcich zo spisu ku dňu vyhlásenia rozhodnutia s výnimkou trov právneho zastúpenia; ak takému účastníkovi okrem trov právneho zastúpenia iné trovy zo spisu nevyplývajú, súd mu náhradu trov konania neprizná a v takom prípade nie je viazaný rozhodnutím o prisúdení náhrady trov konania tomuto účastníkovi v rozhodnutí, ktorým sa konanie končí. Vychádzajúc z tohto ustanovenia odvolací súd náhradu trov odvolacieho konania žalobcovi nepriznal, pretože ich ani po vyhlásení rozhodnutia do troch dní nevyčíslil a žalovaný v odvolacom konaní nemal úspech, preto mu nárok na náhradu odvolacích trov nevznikol (§ 224 ods.1 v spojení s ust. § 142 ods.1 O.s.p.). Výsledok hlasovania - pomer hlasov: 3 hlasy za (§ 3 ods.9 tretia veta zák.č.757/04 Z.z. o súdoch a o zmene a doplnení niektorých zákonov v znení neskorších predpisov). Poučenie: Proti tomuto uzneseniu odvolanie nie je prípustné.</w:t>
      </w:r>
    </w:p>
    <w:p/>
    <w:p>
      <w:r>
        <w:t>Zdroj: KAUZIS.SK – https://www.kauzis.sk/judikatura/r/ECLI:SK:KSKE:2012:7809205394.2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