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5Saz/23/2012 z 22. 1. 2013</w:t>
      </w:r>
    </w:p>
    <w:p>
      <w:r>
        <w:t>Uznesenie Krajského súdu Košice z 22. januára 2013, sp. zn. 5Saz/23/2012, ECLI:SK:KSKE:2013:7012201331.2</w:t>
      </w:r>
    </w:p>
    <w:p>
      <w:r>
        <w:t>Súd: Krajský súd Košice</w:t>
      </w:r>
    </w:p>
    <w:p>
      <w:r>
        <w:t>Spisová značka: 5Saz/23/2012</w:t>
      </w:r>
    </w:p>
    <w:p>
      <w:r>
        <w:t>ECLI: ECLI:SK:KSKE:2013:7012201331.2</w:t>
      </w:r>
    </w:p>
    <w:p>
      <w:r>
        <w:t>Dátum vydania: 22. 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5Saz/23/2012 Identifikačné číslo súdneho spisu: 7012201331 Dátum vydania rozhodnutia: 23. 01. 2013 Meno a priezvisko sudcu, VSÚ: JUDr. Eva Styková ECLI: ECLI:SK:KSKE:2013:7012201331.2 Uznesenie Krajský súd v Košiciach v právnej veci navrhovateľky: U. Y. U., O.. XX.XX.XXXX, M. E., proti odporcovi: Ministerstvo vnútra Slovenskej republiky, U. Ú., P. X, XXX XX V., o opravnom prostriedku navrhovateľky proti rozhodnutiu odporcu ČAS: MU-388-20/PO-Ž-2012 zo dňa 05.10.2012, takto r o z h o d o l : Z a s t a v u j e konanie. Účastníkom náhradu trov konania n e p r i z n á v a. o d ô v o d n e n i e : Odporca rozhodnutím ČAS: MU-388-20/PO-Ž-2012 zo dňa 05.10.2012 rozhodol o neudelení azylu a neposkytnutí doplnkovej ochrany. Navrhovateľka podala proti rozhodnutiu odporcu v zákonnej lehote opravný prostriedok dňa 14.11.2012. V opravnom prostriedku požiadala o preskúmanie rozhodnutia a postupu odporcu a navrhla, aby súd zrušil rozhodnutie odporcu a vrátil mu vec na ďalšie konanie. Vo vyhlásení splnomocnená zástupkyňa navrhovateľky výslovne prehlásila, že opravný prostriedok proti rozhodnutiu Migračného úradu Ministerstva vnútra Slovenskej republiky ČAS: MU-388-20/PO-Ž-2012 zo dňa 05.10.2012 berie späť. Podľa ustanovenia § 250l ods. 1 O. s. p. sa postupuje podľa tejto (tretej) hlavy v prípadoch, v ktorých zákon zveruje súdom rozhodovanie o opravných prostriedkoch proti neprávoplatným rozhodnutiam správnych orgánov. Podľa ustanovenia § 250l ods. 2 O. s. p. pokiaľ v tejto hlave nie je ustanovené inak, použije sa primerane ustanovenie druhej hlavy s výnimkou § 250a. Podľa ustanovenia § 250h ods. 2 O. s. p. až do rozhodnutia súdu môže žalobca vziať žalobu späť, ak žalovanému medzitým vznikli trovy konania, rozhodne súd o ich náhrade. Podľa ustanovenia § 250d ods. 3 O. s. p. súd uznesením konanie zastaví, ak žaloba bola vzatá späť (§ 250h ods. 2). Odvolanie proti uzneseniu je prípustné. V zmysle citovaných zákonných ustanovení a vzhľadom k tomu, že splnomocnená zástupkyňa navrhovateľky vzala opravný prostriedok späť skôr, než súd mohol vo veci rozhodnúť, bolo konanie zastavené. Rozhodnutie o trovách konania sa opiera o ustanovenie § 146 ods. 1 písm. c) O. s. p. v spojení s ustanovením § 246c O. s. p., podľa ktorého žiaden z účastníkov nemá právo na náhradu trov konania podľa jeho výsledku, ak konanie bolo zastavené. Poučenie: Proti tomuto uzneseniu možno podať odvolanie do 15 dní odo dňa jeho doručenia na Krajský súd v Košiciach, a to písomne v dvoch vyhotoveniach.</w:t>
      </w:r>
    </w:p>
    <w:p/>
    <w:p>
      <w:r>
        <w:t>Zdroj: KAUZIS.SK – https://www.kauzis.sk/judikatura/r/ECLI:SK:KSKE:2013:7012201331.2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