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6S/291/2012 z 26. 3. 2014</w:t>
      </w:r>
    </w:p>
    <w:p>
      <w:r>
        <w:t>Uznesenie Krajského súdu Košice z 26. marca 2014, sp. zn. 6S/291/2012, ECLI:SK:KSKE:2014:7012201211.2</w:t>
      </w:r>
    </w:p>
    <w:p>
      <w:r>
        <w:t>Súd: Krajský súd Košice</w:t>
      </w:r>
    </w:p>
    <w:p>
      <w:r>
        <w:t>Spisová značka: 6S/291/2012</w:t>
      </w:r>
    </w:p>
    <w:p>
      <w:r>
        <w:t>ECLI: ECLI:SK:KSKE:2014:7012201211.2</w:t>
      </w:r>
    </w:p>
    <w:p>
      <w:r>
        <w:t>Dátum vydania: 26.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6S/291/2012 Identifikačné číslo súdneho spisu: 7012201211 Dátum vydania rozhodnutia: 27. 03. 2014 Meno a priezvisko sudcu, VSÚ: JUDr. Pavol Naď ECLI: ECLI:SK:KSKE:2014:7012201211.2 Uznesenie Krajský súd v Košiciach v právnej veci žalobcu: Stavivá, spol. s r.o., so sídlom Hlavná 2, Malá Bara, IČO: 36 194 069, právne zast. JUDr. Pavlom Gombosom, advokátom, so sídlom Moldavská cesta 21/ A, 040 11 Košice, proti žalovanému: Finančné riaditeľstvo Slovenskej republiky, so sídlom Lazovná 63, Banská Bystrica, v konaní o preskúmanie rozhodnutia žalovaného č. 1020504/1/1117559/2012 zo dňa 8.8.2012, takto r o z h o d o l : Konanie z a s t a v u j e . Žiaden z účastníkov n e m á právo na náhradu trov konania. o d ô v o d n e n i e : Žalobou zo dňa 10.10.2012 sa žalobca domáhal preskúmania rozhodnutia žalovaného č. 1020504/1/1117559/2012 zo dňa 8.8.2012, ktorým bolo potvrdené rozhodnutie Daňového úradu Košice č. 738/230/24245/11/Ric zo dňa 29.9.2011. V danej veci ide o konanie podľa druhej hlavy, piatej časti O.s.p. (§ 247 a nasl. - rozhodovanie o žalobách proti rozhodnutiam a postupom správnych orgánov). Podaním žaloby vznikla žalobcovi povinnosť zaplatiť súdny poplatok z návrhu na preskúmanie zákonnosti rozhodnutia orgánu verejnej správy na základe žaloby v sume 70 Eur (položka č. 10 písm. c) Sadzobníka súdnych poplatkov, ktorý tvorí prílohu zákona č. 71/1992 Zb. o súdnych poplatkoch a poplatku za výpis z registra trestov v platnom znení), splatný dňom vzniku poplatkovej povinnosti (ust. § 5 ods. 1 písm. a), § 8 ods. 1 zákona č. 71/1992 Zb.). Súd výzvou zo dňa 11.2.2014 vyzval žalobcu prostredníctvom jeho právneho zástupcu na zaplatenie súdneho poplatku vo výške 70 Eur v lehote 10 dní od doručenia výzvy a zároveň ho poučil o tom, že ak nebude poplatok v určenej lehote zaplatený, súd konanie zastaví (ust. § 10 ods. 1 zákona č. 71/1992 Zb.). Žalobca na výzvu súdu, ktorá mu bola doručená dňa 19.2.2014 v stanovenej lehote, ktorá uplynula dňa 3.3.2014 nereagoval a súdny poplatok do dnešného dňa nezaplatil. Ak nebol zaplatený poplatok splatný podaním návrhu na začatie konania alebo dovolania,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 (§ 10 ods. 1 zákona č. 71/1992 Zb.). Keďže žalobca ani na výzvu súdu súdny poplatok do dnešného dňa nezaplatil, súd konanie podľa ust. § 10 ods. 1 zákona č. 71/1992 Zb. zastavil. O trovách konania súd rozhodol v zmysle ust. § 146 ods. 1 písm. c) O.s.p. v spojení s ust. § 246c ods. 1 prvá veta O.s.p. tak, že žiaden z účastníkov nemá právo na náhradu trov konania, pretože konanie bolo zastavené. Rozhodnutie bolo prijaté senátom Krajského súdu v Košiciach v pomere hlasov 3:0 (ust. § 3 ods. 9 zákona č. 757/2004 Z. z. o súdoch v platnom znení). Poučenie: Proti tomuto uzneseniu možno podať odvolanie do 15 dní odo dňa jeho doručenia na Najvyšší súd Slovenskej republiky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https://www.kauzis.sk/judikatura/r/ECLI:SK:KSKE:2014:7012201211.2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