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6Sd/39/2013 z 29. 1. 2014</w:t>
      </w:r>
    </w:p>
    <w:p>
      <w:r>
        <w:t>Rozsudok Krajského súdu Košice z 29. januára 2014, sp. zn. 6Sd/39/2013, ECLI:SK:KSKE:2014:7013200671.2</w:t>
      </w:r>
    </w:p>
    <w:p>
      <w:r>
        <w:t>Súd: Krajský súd Košice</w:t>
      </w:r>
    </w:p>
    <w:p>
      <w:r>
        <w:t>Spisová značka: 6Sd/39/2013</w:t>
      </w:r>
    </w:p>
    <w:p>
      <w:r>
        <w:t>ECLI: ECLI:SK:KSKE:2014:7013200671.2</w:t>
      </w:r>
    </w:p>
    <w:p>
      <w:r>
        <w:t>Dátum vydania: 29. 1. 2014</w:t>
      </w:r>
    </w:p>
    <w:p>
      <w:r>
        <w:t>Forma: Rozsudok</w:t>
      </w:r>
    </w:p>
    <w:p>
      <w:r>
        <w:t>Oblasť práva: Správne právo</w:t>
      </w:r>
    </w:p>
    <w:p>
      <w:pPr>
        <w:pStyle w:val="Heading2"/>
      </w:pPr>
      <w:r>
        <w:t>Text rozhodnutia</w:t>
      </w:r>
    </w:p>
    <w:p>
      <w:r>
        <w:t>Súd: Krajský súd Košice Spisová značka: 6Sd/39/2013 Identifikačné číslo súdneho spisu: 7013200671 Dátum vydania rozhodnutia: 30. 01. 2014 Meno a priezvisko sudcu, VSÚ: JUDr. Judita Juráková ECLI: ECLI:SK:KSKE:2014:7013200671.2 ROZSUDOK V MENE SLOVENSKEJ REPUBLIKY Krajský súd v Košiciach samosudkyňou JUDr. Juditou Jurákovou v právnej veci navrhovateľa: D.. L. Ž., J. XX, F., proti odporcovi: Sociálna poisťovňa, ústredie, Ul. 29. augusta č. 8, Bratislava, o invalidný dôchodok, takto r o z h o d o l : P o t v r d z u j e rozhodnutie odporcu č. XXX XXX XXXX X zo dňa 2.5.2013. Účastníkom sa n e p r i z n á v a právo na náhradu trov konania. o d ô v o d n e n i e : Napadnutým rozhodnutím č. XXX XXX XXXX X zo dňa 2.5.2013 odporca zamietol žiadosť o invalidný dôchodok navrhovateľa, s poukazom na ust. § 70 ods.1, § 71 ods.1 zákona č. 461/2003 Z.z. o sociálnom poistení v znení nesk. predpisov (ďalej len „zákon o sociálnom poistení“). V dôvodoch rozhodnutia uviedol, že podľa ust. § 70 ods. 1 zákona č. 461/2003 Z.z. o sociálnom poistení v znení neskorších predpisov, poistenec má nárok na invalidný dôchodok, ak sa stal invalidný, získal počet rokov dôchodkového poistenia uvedený v § 72 zákona o sociálnom poistení a ku dňu vzniku invalidity nesplnil podmienky nároku na starobný dôchodok alebo mu nebol priznaný predčasný starobný dôchodok. Podľa ust. § 71 ods. 1 zákona o sociálnom poistení, je poistenec invalidný, ak pre dlhodobo nepriaznivý zdravotný stav má pokles schopnosti vykonávať zárobkovú činnosť o viac ako 40 % v porovnaní so zdravou fyzickou osobou. Podľa posudku posudkového lekára sociálneho poistenia, pobočky Sociálnej poisťovne F. zo dňa 18.4.2013 navrhovateľ nie je invalidný, lebo pre dlhodobo nepriaznivý zdravotný stav nemá pokles schopnosti vykonávať zárobkovú činnosť o viac ako 40 % v porovnaní so zdravou fyzickou osobou, čo vyplýva z lekárskej správy posudkového lekára Sociálnej poisťovne ústredie zo dňa 24.10.2013. Navrhovateľ podal proti vyššie uvedenému rozhodnutiu odporcu v zákonnej lehote opravný prostriedok. V dôvodoch opravného prostriedku uviedol, že sa neprihliadlo na ďalšie lekárske nálezy, ktoré špecifikoval. Pracuje aj v teréne, a preto jeho zdravotné postihnutie mu neumožňuje vykonávať pracovnú činnosť plnohodnotne. Súd preskúmal opravný prostriedok navrhovateľa podľa ust. § 250l ods.1 O.s.p. a dospel k záveru, že nebol dôvodný. Podľa ust. § 250l ods.1 O.s.p., podľa ustanovení tejto hlavy sa postupuje v prípadoch, v ktorých zákon zveruje súdom rozhodovanie o opravných prostriedkoch proti neprávoplatným rozhodnutiam správnych orgánov. Z lekárskej správy posudkového lekára Sociálnej poisťovne ústredie zo dňa 24.10.2013 vyplýva, že navrhovateľ v rozhodujúcom zdravotnom postihnutí nezískal zákonnú hranicu pre splnenie podmienky podľa hmotnoprávneho ustanovenia, citovaného ust. §§ 71, ods.1, 72 zákona č.461/2003 Z.z., teda nemá pokles schopnosti vykonávať zárobkovú činnosť /MPSVZČ/ o viac ako 40 %. Predložené lekárske správy k opravnému prostriedku nedokumentovali zhoršenie zdravotného stavu navrhovateľa a boli predmetom posudzovania dňa 24.10.2013. Súd sa stotožňuje s právnym záverom uvedeným v napadnutom rozhodnutí, preto uvedenú právnu argumentáciu nepovažuje za opodstatnenú ju opakovať. Podľa ust. § 71 ods.6 zákona o sociálnom poistení, pokles schopnosti vykonávať zárobkovú činnosť v percentách sa určuje podľa druhu zdravotného postihnutia, ktoré je rozhodujúcou príčinou dlhodobého nepriaznivého zdravotného stavu a so zreteľom na závažnosť ostatných zdravotných postihnutí. Podľa ust. § 71 ods. 4 cit. zákona o sociálnom poistení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ust. § 71 ods.10 cit. zákona o sociálnom poistení, dlhodobo nepriaznivý zdravotný stav na účely invalidity sa posúdi opätovne, ak sa predpokladá zmena vo vývoji zdravotného stavu a zmena schopnosti vykonávať zárobkovú činnosť. Navrhovateľ na pojednávaní nepredložil ďalšie lekárske správy, ktoré by odôvodňovali zmenu na zvýšenie MPSVZČ v percentách. Podľa ust. § 250q ods. 2 prvá veta O.s.p., o opravnom prostriedku rozhodne súd rozsudkom, ktorým preskúmané rozhodnutie buď potvrdí alebo ho zruší a vráti na ďalšie konanie. Vzhľadom na vyššie uvedené zákonné ustanovenia, súd napadnuté rozhodnutie potvrdil. Účastníkom konania nevznikli žiadne trovy, preto im súd právo na ich náhradu nepriznal, s poukazom na ust. § 250l ods.2, § 250k ods.1 O.s.p..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prvého stupňa vychádza z nesprávneho právneho posúdenia veci.</w:t>
      </w:r>
    </w:p>
    <w:p/>
    <w:p>
      <w:r>
        <w:t>Zdroj: KAUZIS.SK – https://www.kauzis.sk/judikatura/r/ECLI:SK:KSKE:2014:7013200671.2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