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6S/200/2013 z 12. 3. 2014</w:t>
      </w:r>
    </w:p>
    <w:p>
      <w:r>
        <w:t>Uznesenie Krajského súdu Košice z 12. marca 2014, sp. zn. 6S/200/2013, ECLI:SK:KSKE:2014:7013201051.2</w:t>
      </w:r>
    </w:p>
    <w:p>
      <w:r>
        <w:t>Súd: Krajský súd Košice</w:t>
      </w:r>
    </w:p>
    <w:p>
      <w:r>
        <w:t>Spisová značka: 6S/200/2013</w:t>
      </w:r>
    </w:p>
    <w:p>
      <w:r>
        <w:t>ECLI: ECLI:SK:KSKE:2014:7013201051.2</w:t>
      </w:r>
    </w:p>
    <w:p>
      <w:r>
        <w:t>Dátum vydania: 12. 3. 2014</w:t>
      </w:r>
    </w:p>
    <w:p>
      <w:r>
        <w:t>Forma: Uznesenie</w:t>
      </w:r>
    </w:p>
    <w:p>
      <w:pPr>
        <w:pStyle w:val="Heading2"/>
      </w:pPr>
      <w:r>
        <w:t>Text rozhodnutia</w:t>
      </w:r>
    </w:p>
    <w:p>
      <w:r>
        <w:t>Súd: Krajský súd Košice Spisová značka: 6S/200/2013 Identifikačné číslo súdneho spisu: 7013201051 Dátum vydania rozhodnutia: 13. 03. 2014 Meno a priezvisko sudcu, VSÚ: JUDr. Eva Baranová ECLI: ECLI:SK:KSKE:2014:7013201051.2 Uznesenie Krajský súd v Košiciach, v právnej veci žalobcu MINIMAX SK, s. r. o., so sídlom Ladmovce 170, IČO: 44 011 326, právne zastúpeného JUDr. Pavlom Gombosom, advokátom so sídlom v Košiciach, Moldavská cesta 21/A, proti žalovanému Finančnému riaditeľstvu SR, Lazovná 63, Banská Bystrica, v konaní o preskúmanie zákonnosti rozhodnutia žalovaného č. 1100303/1/34577-221946/2013/5081 zo dňa 07. 05. 2013, takto r o z h o d o l : Konanie z a s t a v u j e . Žiaden z účastníkov n e m á právo na náhradu trov konania. o d ô v o d n e n i e : Žalobou zo dňa 21. 07. 2013, podanou osobne na Krajskom súde v Košiciach dňa 22. 07. 2013, sa žalobca domáhal zrušenia rozhodnutia žalovaného č. 1100303/1/34577-221946/2013/5081 zo dňa 07. 05. 2013 a vrátenia veci na ďalšie konanie. Výzvou zo dňa 24. 07. 2013 bol žalobca prostredníctvom právneho zástupcu vyzvaný, aby v zákonnej desaťdňovej lehote zaplatil súdu súdny poplatok v sume 70,-- eur za podanú žalobu. Dňa 14. 08. 2013 bolo konajúcemu súdu doručené podanie označené ako „čestné vyhlásenie“, ktoré v prílohe obsahovalo žalobcom vyplnené tlačivo pre dokladovanie pomerov účastníka konania, ktorý navrhuje, aby mu bolo priznané oslobodenie od súdnych poplatkov (právnická osoba). Súd predmetné podanie posúdil ako návrh na oslobodenie od súdnych poplatkov podľa § 138 ods. 1 O. s. p. Tunajší súd uznesením č. k. 6S/200/2013-32 zo dňa 09. 01. 2014 žalobcovi nepriznal oslobodenie od súdnych poplatkov. Predmetné rozhodnutie nadobudlo právoplatnosť dňa 04. 03. 2014. Podľa § 10 ods. 1 zákona č. 71/1992 Zb. o súdnych poplatkoch a poplatku za výpis z registra trestov v znení neskorších predpisov ak nebol zaplatený poplatok splatný podaním návrhu na začatie konania, odvolania alebo dovolania, súd vyzve poplatníka, aby poplatok zaplatil v lehote desiatich dní od doručenia výzvy, ak aj napriek výzve poplatok nebol zaplatený v lehote, súd konanie zastaví. O následkoch nezaplatenia poplatku musí byť poplatník vo výzve poučený. Keďže žalobca ani do dňa vydania tohto uznesenia nezaplatil predpísaný súdny poplatok vo výške 70,-- eur, súd rozhodol v súlade s citovaným zákonným ustanovením tak, ako je to uvedené vo výrokovej časti tohto uznesenia. Súd rozhodol o trovách konania v zmysle ust. § 146 ods. 1 písm. c), § 246c O. s. p., podľa ktorých žiaden z účastníkov nemá právo na náhradu trov konania podľa jeho výsledku, ak konanie bolo zastavené. Predmetné uznesenie bolo prijaté senátom Krajského súdu v Košiciach v pomere 3:0 (ustanovenie § 3 ods. 9 zákona č. 757/2004 Z. z. o súdoch v znení neskorších predpisov v znení novely uskutočnenej zákonom č. 33/2011 Z. z. účinnej od 01. 05. 2011). Poučenie: Proti tomuto uzneseniu je prípustné odvolanie do 15 dní odo dňa jeho doručenia na Najvyšší súd SR v Bratislave prostredníctvom Krajského súdu v Košiciach, a to písomne v dvoch vyhotoveniach. V odvolaní sa má popri všeobecných náležitostiach (§ 42 ods. 3 O. s. p.) uviesť, proti ktorému rozhodnutiu smeruje, v akom rozsahu sa napadá, v čom sa toto rozhodnutie alebo postup súdu považuje za nesprávny a čoho sa odvolateľ domáha.</w:t>
      </w:r>
    </w:p>
    <w:p/>
    <w:p>
      <w:r>
        <w:t>Zdroj: KAUZIS.SK – https://www.kauzis.sk/judikatura/r/ECLI:SK:KSKE:2014:7013201051.2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