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6S/210/2013 z 13. 8. 2014</w:t>
      </w:r>
    </w:p>
    <w:p>
      <w:r>
        <w:t>Uznesenie Krajského súdu Košice z 13. augusta 2014, sp. zn. 6S/210/2013, ECLI:SK:KSKE:2014:7013201130.2</w:t>
      </w:r>
    </w:p>
    <w:p>
      <w:r>
        <w:t>Súd: Krajský súd Košice</w:t>
      </w:r>
    </w:p>
    <w:p>
      <w:r>
        <w:t>Spisová značka: 6S/210/2013</w:t>
      </w:r>
    </w:p>
    <w:p>
      <w:r>
        <w:t>ECLI: ECLI:SK:KSKE:2014:7013201130.2</w:t>
      </w:r>
    </w:p>
    <w:p>
      <w:r>
        <w:t>Dátum vydania: 13. 8.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6S/210/2013 Identifikačné číslo súdneho spisu: 7013201130 Dátum vydania rozhodnutia: 14. 08. 2014 Meno a priezvisko sudcu, VSÚ: JUDr. Valéria Mihalčínová ECLI: ECLI:SK:KSKE:2014:7013201130.2 Uznesenie Krajský súd v Košiciach v právnej veci žalobcu: Staviva, spol. s r.o., Hlavná č.2, Malá Bara, IČO: 36 194 069, zastúpeného: JUDr. Pavol Gombos, advokát, Moldavská cesta 21/A, Košice, proti žalovanému: Finančné riaditeľstvo Slovenskej republiky, ul. Lazovná 63, Banská Bystrica, o preskúmanie rozhodnutia žalovaného č.1100303/1/40848-265040/2013/5081 zo dňa 3.6.2013 takto r o z h o d o l : Konanie z a s t a v u j e . Žiaden z účastníkov nemá právo na náhradu trov konania. o d ô v o d n e n i e : Žalobca podal žalobu a žiadal, aby súd zrušil rozhodnutie žalovaného č.1100303/1/40848-265040/2013/5081 zo dňa 3.6.2013. Žalobca so žalobou súdny poplatok nezaplatil a preto ho súd výzvou z 10.10.2013 vyzval na zaplatenie súdneho poplatku v lehote 10 dní. Súdny poplatok nebol zaplatený v lehote, ale navrhovateľ podal žiadosť o oslobodenie od súdnych poplatkov. Súd uznesením č.k.: 6S/210/2013-94 zo 16.1.2014 žalobcovi nepriznal oslobodenie od súdnych poplatkov. Toto uznesenie nadobudlo právoplatnosť 11.2.2014. Proti uzneseniu právny zástupca žalobcu podal odvolanie z e-mailovej adresy, ale bez zaručeného elektronického podpisu, z ktorého dôvodu krajský súd obratom vyzval právneho zástupcu na podanie so zaručeným elektronickým podpisom alebo podanie doplnil jeho písomným vyhotovením, prípadne ústne do zápisnice v lehote 3 dní. Právny zástupca na výzvu reagoval tak, že opäť zaslal odvolanie zo svojej e-mailovej adresy bez zaručeného elektronického podpisu. Súd ho opäť vyzval na doplnenie odvolania ako v prvom prípade, t.j. v súlade s § 42 ods.1 O.s.p.. Na ostatnú výzvu právny zástupca už žiadnym spôsobom nereagoval, preto súd na podanie - odvolanie neprihliadol a vec nepredložil ani odvolaciemu súdu na rozhodnutie. Následne výzvou z 8.7.2014 právny zástupca žalobcu bol vyzvaný na zaplatenie súdneho poplatku za podanú žalobu v sume 70,- Eur v lehote 10 dní. Výzvu na zaplatenie súdneho poplatku právny zástupca prevzal dňa 21.7.2014 a 10 dňová lehota uplynula 31.7.2014. Súdny poplatok nielen v 10 dňovej lehote, ale ani do rozhodovania súdu žalobcom zaplatený nebol. V zmysle § 10 ods.1 prvá veta zákona č. 71/1992 Zb. o súdnych poplatkoch a poplatku za výpis z registra trestov, v znení zák.č. 136/2010 Z.z., súd konanie zastaví, ak napriek výzve poplatok nebol zaplatený v lehote. Vzhľadom na vyššie uvedené zákonné ustanovenie súd konanie zastavil, lebo žalobca napriek výzve súdu súdny poplatok doposiaľ nezaplatil. O náhrade trov konania rozhodol podľa ust. § 246c ods.1, § 146 ods.1 písm.c/ O.s.p., teda žiaden z účastníkov nemá právo na náhradu trov konania, ak konanie bolo zastavené. Poučenie: Proti tomuto uzneseniu je možné podať odvolanie do 15 dní od jeho doručenia na Krajskom súde v Košiciach.</w:t>
      </w:r>
    </w:p>
    <w:p/>
    <w:p>
      <w:r>
        <w:t>Zdroj: KAUZIS.SK – https://www.kauzis.sk/judikatura/r/ECLI:SK:KSKE:2014:7013201130.2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