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6Sd/56/2013 z 12. 2. 2014</w:t>
      </w:r>
    </w:p>
    <w:p>
      <w:r>
        <w:t>Uznesenie Krajského súdu Košice z 12. februára 2014, sp. zn. 6Sd/56/2013, ECLI:SK:KSKE:2014:7013201167.2</w:t>
      </w:r>
    </w:p>
    <w:p>
      <w:r>
        <w:t>Súd: Krajský súd Košice</w:t>
      </w:r>
    </w:p>
    <w:p>
      <w:r>
        <w:t>Spisová značka: 6Sd/56/2013</w:t>
      </w:r>
    </w:p>
    <w:p>
      <w:r>
        <w:t>ECLI: ECLI:SK:KSKE:2014:7013201167.2</w:t>
      </w:r>
    </w:p>
    <w:p>
      <w:r>
        <w:t>Dátum vydania: 12. 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6Sd/56/2013 Identifikačné číslo súdneho spisu: 7013201167 Dátum vydania rozhodnutia: 13. 02. 2014 Meno a priezvisko sudcu, VSÚ: JUDr. Judita Juráková ECLI: ECLI:SK:KSKE:2014:7013201167.2 Uznesenie Krajský súd v Košiciach v právnej veci navrhovateľky: E. Z., U. XXXX/X, T., proti odporcovi: Sociálna poisťovňa, ústredie, Ul. 29. augusta č.8, Bratislava, o invalidný dôchodok, takto r o z h o d o l : Konanie z a s t a v u j e . Žiaden z účastníkov nemá právo na náhradu trov konania. o d ô v o d n e n i e : Podaním zo dňa 19.6.2013 navrhovateľka žiadala o zrušenie rozhodnutia odporcu č.XXX XXX XXXX X zo dňa 29.5.2013. V priebehu preskúmavacieho konania na tunajšom súde odporca vyhovel opravnému prostriedku navrhovateľky celkom, vydaním rozhodnutia č. XXX XXX XXXX X zo dňa 5.2.2014. Podľa ust. § 250o O.s.p., ak správny orgán, ktorého rozhodnutie súd preskúmava, vydá nové rozhodnutie, ktorým návrhu celkom vyhovie, súd uznesením konanie zastaví. Vzhľadom na vyššie uvedené zákonné ustanovenie, súd konanie zastavil. O náhrade trov konania bolo rozhodnuté podľa ust. § 250l ods.2, § 246c, § 146 ods.1 písm.c/ O.s.p., teda žiaden z účastníkov nemá právo na náhradu trov konania, ak konanie bolo zastavené. Poučenie: Proti tomuto uzneseniu je možné podať odvolanie do 15 dní od jeho doručenia na Krajskom súde v Košiciach.</w:t>
      </w:r>
    </w:p>
    <w:p/>
    <w:p>
      <w:r>
        <w:t>Zdroj: KAUZIS.SK – https://www.kauzis.sk/judikatura/r/ECLI:SK:KSKE:2014:7013201167.2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