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8Sd/61/2013 z 20. 1. 2014</w:t>
      </w:r>
    </w:p>
    <w:p>
      <w:r>
        <w:t>Uznesenie Krajského súdu Košice z 20. januára 2014, sp. zn. 8Sd/61/2013, ECLI:SK:KSKE:2014:7013201284.2</w:t>
      </w:r>
    </w:p>
    <w:p>
      <w:r>
        <w:t>Súd: Krajský súd Košice</w:t>
      </w:r>
    </w:p>
    <w:p>
      <w:r>
        <w:t>Spisová značka: 8Sd/61/2013</w:t>
      </w:r>
    </w:p>
    <w:p>
      <w:r>
        <w:t>ECLI: ECLI:SK:KSKE:2014:7013201284.2</w:t>
      </w:r>
    </w:p>
    <w:p>
      <w:r>
        <w:t>Dátum vydania: 20. 1. 2014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Košice Spisová značka: 8Sd/61/2013 Identifikačné číslo súdneho spisu: 7013201284 Dátum vydania rozhodnutia: 21. 01. 2014 Meno a priezvisko sudcu, VSÚ: JUDr. Eva Styková ECLI: ECLI:SK:KSKE:2014:7013201284.2 Uznesenie Krajský súd v Košiciach v právnej veci navrhovateľa: N. Č.W., R.. XX.XX.XXXX, D. W. XX/X, XXX XX J. XX, proti odporkyni: Sociálna poisťovňa, ústredie Bratislava, Ul. 29. augusta 8- 10, 813 63 Bratislava, o preskúmanie rozhodnutia č. XXX XXX XXXX X zo dňa 26.06.2013 v konaní o starobnom dôchodku, takto r o z h o d o l : Konanie z a s t a v u j e. o d ô v o d n e n i e : Odporkyňa napadnutým rozhodnutím č. XXX XXX XXXX X zo dňa 26.06.2013 v zmysle ustanovení § 65, § 274, § 82 a § 293ce zákona č. 461/2003 Z. z. o sociálnom poistení v znení neskorších predpisov (ďalej len „zákon o sociálnom poistení“) priznala navrhovateľovi odo dňa 04.06.2013 starobný dôchodok v sume 849,80 €. Včas podaným opravným prostriedkom zo dňa 30.07.2013, odoslaným na poštovú prepravu dňa 31.07.2013, sa navrhovateľ domáhal preskúmania napadnutého rozhodnutia č. XXX XXX XXXX X zo dňa 26.06.2013. Namietal vymeriavacie základy za roky 1996, 1998, 2000 až 2008 a 2012, pričom priložil doklady o jeho hrubých zárobkoch. Navrhovateľ však následne podaním zo dňa 20.01.2014, osobne podaným na Krajský súd v Košiciach dňa 20.01.2014, súdu oznámil späťvzatie odvolania s tým, že v doplňujúcom vyjadrení odporkyne zo dňa 22.11.2013 mu bolo oznámené, že jeho požiadavka je bezpredmetná. V danej veci ide o konanie podľa tretej hlavy piatej časti zákona č. 99/1963 Zb. Občiansky súdny priadok (ďalej len „O.s.p.“). (§ 250l a nasl. O.s.p.- rozhodovanie o opravných prostriedkoch proti rozhodnutiam správnych orgánov) V zmysle ustanovenia § 250l ods. 2 O.s.p., pokiaľ v tretej hlave piatej časti O.s.p. nie je ustanovené inak, použijú sa pre konanie o opravných prostriedkoch proti rozhodnutiam správnych orgánov primerane ustanovenia druhej hlavy piatej časti O.s.p. s výnimkou § 250a O.s.p.. Podľa ustanovenia § 250h ods. 2 O.s.p. až do rozhodnutia súdu môže žalobca vziať žalobu späť, ak žalovanému medzitým vznikli trovy konania, rozhodne súd o ich náhrade. V zmysle § 250d ods. 3 O.s.p. súd uznesením konanie zastaví, ak žaloba bola vzatá späť (§ 250h ods. 2). Odvolanie proti uzneseniu je prípustné. V zmysle citovaných zákonných ustanovení a vzhľadom k tomu, že navrhovateľ vzal opravný prostriedok späť skôr, než súd mohol vo veci rozhodnúť, bolo konanie zastavené. Poučenie: Proti tomuto uzneseniu možno podať odvolanie do 15 dní odo dňa jeho doručenia na Najvyšší súd SR v Bratislave prostredníctvom Krajského súdu v Košiciach, a to písomne v dvoch vyhotoveniach. V odvolaní sa má popri všeobecných náležitostiach (§ 42 ods. 3 O. s. p.) uviesť, proti ktorému rozhodnutiu smeruje, v akom rozsahu sa napáda, v čom sa toto rozhodnutie alebo postup súdu považuje za nesprávny, čoho sa odvolateľ domáha.</w:t>
      </w:r>
    </w:p>
    <w:p/>
    <w:p>
      <w:r>
        <w:t>Zdroj: KAUZIS.SK – https://www.kauzis.sk/judikatura/r/ECLI:SK:KSKE:2014:7013201284.2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