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6S/279/2013 z 10. 7. 2014</w:t>
      </w:r>
    </w:p>
    <w:p>
      <w:r>
        <w:t>Opravné uznesenie Krajského súdu Košice z 10. júla 2014, sp. zn. 6S/279/2013, ECLI:SK:KSKE:2014:7013201636.4</w:t>
      </w:r>
    </w:p>
    <w:p>
      <w:r>
        <w:t>Súd: Krajský súd Košice</w:t>
      </w:r>
    </w:p>
    <w:p>
      <w:r>
        <w:t>Spisová značka: 6S/279/2013</w:t>
      </w:r>
    </w:p>
    <w:p>
      <w:r>
        <w:t>ECLI: ECLI:SK:KSKE:2014:7013201636.4</w:t>
      </w:r>
    </w:p>
    <w:p>
      <w:r>
        <w:t>Dátum vydania: 10. 7.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6S/279/2013 Identifikačné číslo súdneho spisu: 7013201636 Dátum vydania rozhodnutia: 11. 07. 2014 Meno a priezvisko sudcu, VSÚ: JUDr. Milan Konček ECLI: ECLI:SK:KSKE:2014:7013201636.4 Opravné uznesenie Krajský súd v Košiciach, v právnej veci žalobcu J A K A M A - S E R V I S , s. r. o. , Višňová 10, Michalovce, právne zast.: JUDr. Miroslav Vidovenec, advokátom, S. Chalupku 18, Michalovce proti žalovanému: Okresný úrad Košice, odbor cestnej dopravy a pozemných komunikácií (bývalý Obvodný úrad pre cestnú dopravu a pozemné komunikácie v Košiciach), Komenského 52, Košice, v konaní o žalobe žalobcu proti rozhodnutiu žalovaného zo dňa 30.09.2013, č. 11/2013/05872, takto r o z h o d o l : V rozsudku Krajského súdu v Košiciach zo dňa 05. júna 2014, č. k. 6S/279/2013-77 o p r a v u j e nesprávnosť prvého výroku „žalobcu zamieta“ tak, že prvý výrok vo výrokovej časti rozsudku bude znieť: ž a l o b u zamieta. o d ô v o d n e n i e :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 ( § 164 O.s.p.). V danom prípade, ako to vyplýva z rozsudku Krajského súdu v Košiciach zo dňa 05. júna 2014 súd nesprávne formuloval vo výrokovej časti rozsudku výrok rozsudku „žalobcu zamieta“, ktorá chyba vznikla pri písaní rozsudku, a preto v súlade s citovaným zákonným ustanovením § 164 O.s.p. rozhodol opravným uznesením, tak ako je to uvedené vo výrokovej časti tohto opravného uznesenia. Poučenie: Proti tomuto opravnému uzneseniu je prípustné odvolanie na Najvyšší súd Slovenskej republiky v Bratislave prostredníctvom Krajského súdu v Košiciach do 15 dní odo dňa doručenia uznesenia, pričom odvolanie musí byť písomné v dvoch vyhotoveniach. V odvolaní sa má popri všeobecných náležitostiach (§ 42 ods.3 O. s. 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https://www.kauzis.sk/judikatura/r/ECLI:SK:KSKE:2014:7013201636.4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