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6Sd/16/2014 z 19. 11. 2014</w:t>
      </w:r>
    </w:p>
    <w:p>
      <w:r>
        <w:t>Uznesenie Krajského súdu Košice z 19. novembra 2014, sp. zn. 6Sd/16/2014, ECLI:SK:KSKE:2014:7014200294.2</w:t>
      </w:r>
    </w:p>
    <w:p>
      <w:r>
        <w:t>Súd: Krajský súd Košice</w:t>
      </w:r>
    </w:p>
    <w:p>
      <w:r>
        <w:t>Spisová značka: 6Sd/16/2014</w:t>
      </w:r>
    </w:p>
    <w:p>
      <w:r>
        <w:t>ECLI: ECLI:SK:KSKE:2014:7014200294.2</w:t>
      </w:r>
    </w:p>
    <w:p>
      <w:r>
        <w:t>Dátum vydania: 19.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6Sd/16/2014 Identifikačné číslo súdneho spisu: 7014200294 Dátum vydania rozhodnutia: 20. 11. 2014 Meno a priezvisko sudcu, VSÚ: JUDr. Judita Juráková ECLI: ECLI:SK:KSKE:2014:7014200294.2 Uznesenie Krajský súd v Košiciach v právnej veci navrhovateľa: T. V., X. X, T. N., právnom nástupníctve: 1./ N. X., C. XX, R., 2./ G. V., X. XX/X, T. N., 3./ Y. V., O. X, T. N., proti odporcovi: Sociálna poisťovňa, ústredie, Ul. 29.augusta č. 8, Bratislava, o invalidný dôchodok, takto r o z h o d o l : Konanie z a s t a v u j e . Žiaden z účastníkov nemá právo na náhradu trov konania. o d ô v o d n e n i e : Navrhovateľ podaním zo dňa 6.3.2014 žiadal preskúmať rozhodnutie odporcu č. XXX XXX XXXX X, zo dňa 6.2.2014. Právni nástupcovia navrhovateľa vzali opravný prostriedok späť dňa 20.11.2014. Podľa ust. § 250h ods. 2 O.s.p., navrhovatelia môžu do rozhodnutia súdu vziať opravný prostriedok späť. Podľa ust. § 250d ods. 3 súd konanie zastaví, ak navrhovatelia vzali opravný prostriedok späť. O náhrade trov konania bolo rozhodnuté podľa ust. § 250l ods. 2,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https://www.kauzis.sk/judikatura/r/ECLI:SK:KSKE:2014:7014200294.2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