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4Sp/8/2014 z 13. 4. 2014</w:t>
      </w:r>
    </w:p>
    <w:p>
      <w:r>
        <w:t>Rozsudok Krajského súdu Košice z 13. apríla 2014, sp. zn. 4Sp/8/2014, ECLI:SK:KSKE:2014:7014200344.1</w:t>
      </w:r>
    </w:p>
    <w:p>
      <w:r>
        <w:t>Súd: Krajský súd Košice</w:t>
      </w:r>
    </w:p>
    <w:p>
      <w:r>
        <w:t>Spisová značka: 4Sp/8/2014</w:t>
      </w:r>
    </w:p>
    <w:p>
      <w:r>
        <w:t>ECLI: ECLI:SK:KSKE:2014:7014200344.1</w:t>
      </w:r>
    </w:p>
    <w:p>
      <w:r>
        <w:t>Dátum vydania: 13. 4.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4Sp/8/2014 Identifikačné číslo súdneho spisu: 7014200344 Dátum vydania rozhodnutia: 14. 04. 2014 Meno a priezvisko sudcu, VSÚ: JUDr. Jozef Kuruc ECLI: ECLI:SK:KSKE:2014:7014200344.1 ROZSUDOK V MENE SLOVENSKEJ REPUBLIKY Krajský súd v Košiciach samosudcom JUDr. Jozefom Kurucom v právnej veci navrhovateľky POHOTOVOSŤ, s.r.o., Pribinova č. 25, Bratislava, proti odporcovi Okresný úrad Michalovce - katastrálny odbor, Sama Chalupku č. 18, Michalovce, za účasti O. Y., Z. I. Y. Č.. XXXX/XX, W., v konaní o preskúmanie rozhodnutia odporcu č. OU-MI-KO2 V 3265/2013-Zm-El zo dňa 08.11.2013 takto r o z h o d o l : P o t v r d z u j e rozhodnutie odporcu č. OU-MI-KO2 V 3265/2013-Zm-El zo dňa 08.11.2013. Navrhovateľke n e p r i z n á v a právo na náhradu trov konania. Navrhovateľka je p o v i n n á zaplatiť súdny poplatok v sume 35,- eur na účet Krajského súdu v Košiciach č. 7000146773/8180, vedený v Štátnej pokladnici v Bratislave, do troch dní od právoplatnosti rozsudku. o d ô v o d n e n i e : Odporca rozhodnutím č. OU-MI-KO2 V 3265/2013-Zm-El zo dňa 08.11.2013 podľa § 31 ods. 3 zákona NR SR č. 162/1995 Z.z. o katastri nehnuteľností a o zápise vlastníckych a iných práv k nehnuteľnostiam v znení neskorších predpisov (katastrálny zákon) zamietol návrh na vklad záložného práva do katastra nehnuteľností podľa zmluvy o zriadení záložného práva č. 356/2013-RAČ uzavretej dňa 17.09.2013 medzi navrhovateľkou ako záložným veriteľom a O. Y. ako záložcom (ďalej len „záložná zmluva“). Predmetom zálohu bol byt č. 24 na 7. poschodí bytového domu, súpisné číslo 1777 na ulici I. Y. Č.. XX v W. postavený na parcele č. XXXX/XX katastrálneho územia M., okres Michalovce a spoluvlastnícky podiel na spoločných častiach a spoločných zariadeniach domu vo veľkosti 5887/408990. Odporca v odôvodnení napadnutého rozhodnutia uviedol, že prílohu návrhu na vklad tvorí zmluva o zriadení záložného práva uzavretá dňa 17.09.2013 medzi navrhovateľkou ako záložným veriteľom a účastníčkou O. Y. ako záložným dlžníkom zastúpenou ProHelp - združenie občianskoprávnej pomoci v zastúpení Peter Mamojka - predseda združenia. Správny orgán je povinný pri rozhodovaní o povolení vkladu vecného práva skúmať, či došlo k vzniku zmluvného zastúpenia v súlade so zákonom. Dohoda o splnomocnení bola vpísaná do formulárovej dohody (predtlačenej a teda dlžník - záložca nemohol ovplyvniť obsah takejto dohody), v danom prípade bola teda obmedzená možnosť voľby splnomocniteľa - záložcu zvoliť si zástupcu, ktorý by za neho uzatvoril záložnú zmluvu a ktorý by skutočne hájil jeho záujmy, keďže splnomocnenec bol už v tejto dohode o splnomocnení vopred vpísaný. Takúto dohodu o splnomocnení nie je možné považovať za individuálne dohodnutú, nakoľko bola vopred navrhnutá a pripravená. K výberu splnomocnenca nedošlo teda z vôle účastníka konania, ale z vôle záložného veriteľa - navrhovateľky. Spotrebiteľ - účastník konania nebol schopný ovplyvniť výber iného zástupcu (splnomocnenca), čo v konečnom dôsledku spôsobuje značnú nerovnováhu v právach a povinnostiach zmluvných strán v neprospech spotrebiteľa. Z obsahu dohody o plnomocenstve nevyplýva, že by splnomocnenec mal na základe dohody poskytnúť splnomocniteľovi právnu pomoc a obhajobu jeho práv, skôr naopak, splnomocnenec má hájiť práva veriteľa voči splnomocniteľovi, čo nie je účelom tohto právneho úkonu. Odporca z tohto dôvodu považoval predmetnú dohodu o splnomocnení za neprijateľnú podmienku a teda za neplatnú podľa § 53 ods. 5 Občianskeho zákonníka. Záložná zmluva je absolútne neplatná aj vzhľadom na ďalší fakt: v čl. II. záložnej zmluvy sa cituje, že záložné právo je zriadené na zabezpečenie všetkých pohľadávok záložného veriteľa voči záložcovi, ktoré vznikli a vzniknú na základe zmluvy o úvere č. 901701508 zo dňa 14.09.2012 uzavretej medzi záložným veriteľom na strane veriteľa a záložcom na strane dlžníka. Prílohu návrhu na vklad však táto zmluva o úvere netvorila. Účelom záložného práva je iba zabezpečovať pohľadávku, preto záložné právo nemôže samo o sebe existovať. Je závislé, čo do vzniku trvania i čo do trvania, na pohľadávke, ktorú má zabezpečovať. Pri peňažnej pohľadávke bude takým určením obvykle jej vyčíslenie (suma), čo v danom prípade absentuje. Proti tomuto rozhodnutiu navrhovateľka podala včas opravný prostriedok dňa 17.12.2013, v ktorom žiadala zrušiť preskúmavané rozhodnutie odporcu a vrátiť mu vec na ďalšie konanie. Uviedla, že dohoda o splnomocnení je uzavretá riadne a spĺňa náležitosti platného právneho úkonu. Nesúhlasila s tvrdením odporcu, podľa ktorého navrhovateľka vopred určila osobu, ktorá bude oprávnená za dlžníka konať a dlžník nemal možnosť sa sám rozhodnúť, kto ho bude zastupovať. Splnomocnenec v žiadnom prípade nemal a ani nemá záujem na poškodení záložcu, čo vyplýva aj zo samotnej dohody o splnomocnení, ktorá bola uzavretá za účelom naplnenia a hájenia záujmov splnomocniteľa a na jeho žiadosť po osobnom prerokovaní a poučení o právnych úkonoch v dohode uvedených a o právach a povinnostiach, ktoré sa nimi zakladajú. Rozpor v záujmoch musí reálne existovať, nestačí len potenciálna možnosť takého rozporu. Predložené plnomocenstvo je samostatným právnym úkonom uzavretým medzi dlžníkom a jeho zástupcom, ktorý je úplne nezávislým od veriteľa a jeho zmluvnej dokumentácie. Dohoda o splnomocnení ako právny úkon bola urobená slobodne a vážne, určito a zrozumiteľne tak, ako to ustanovuje pre platnosť právneho úkonu zákon. Nemožno ju posudzovať ako spotrebiteľskú zmluvu a teda sa na ňu ani nevzťahujú ustanovenia § 53 Občianskeho zákonníka. Na záver navrhovateľka uviedla, že odporca nezistil spoľahlivo stav veci, riadne sa neoboznámil s predkladaným návrhom a znením jednotlivých pripojených príloh, následne nesprávne zistil skutkový stav a plnomocenstvo splnomocniteľa udelené splnomocnencovi nesprávne právne posúdil. Odporca vo vyjadrení k návrhu zo dňa 28.02.2014 zotrval na dôvodoch uvedených v napadnutom rozhodnutí. Súd v konaní podľa § 250l a nasl. O.s.p. preskúmal napadnuté rozhodnutie odporcu, oboznámil sa s jeho administratívnym spisom a dospel k záveru, že návrh navrhovateľky nie je dôvodný. Na pojednávaní súdu dňa 14.04.2014 navrhovateľka nebola prítomná, pričom bola na pojednávanie riadne a včas predvolaná. Listom zo dňa 27.03.2014 navrhovateľka oznámila súdu svoju neúčasť na pojednávaní a požiadala o prejednanie veci a rozhodnutie v jej neprítomnosti. Na pojednávaní súdu nebol prítomný odporca, ktorý svoju neúčasť ospravedlnil listom zo dňa 02.04.2014 z dôvodu pracovnej zaneprázdnenosti a vyjadril súhlas s prejednaním veci v jeho neprítomnosti. Účastníčka konania O. Y., u ktorej bolo vykázané doručenie predvolania na pojednávanie dňom 26.03.2014, nebola na pojednávaní prítomná, pričom svoju neúčasť neospravedlnila. Súd v súlade s § 250g ods. 2 O.s.p. aplikovaným na základe § 250l ods. 2 O.s.p. prejednal vec v neprítomnosti účastníkov konania. Z administratívneho spisu súd zistil, že navrhovateľka ako veriteľ uzavrela s dlžníkom O. Y. zmluvu o úvere č. 901701508 zo dňa 14.09.2012. Dlžník zároveň dohodou o splnomocnení zo dňa 14.9.2012 splnomocnil ProHelp - združenie občianskoprávnej pomoci so sídlom Povraznícka č. 18, Bratislava na uzatvorenie záložnej zmluvy podľa § 522 Občianskeho zákonníka v mene splnomocniteľa k nehnuteľnostiam, ktoré v čase uzatvorenia záložnej zmluvy sú v splnomocniteľovom vlastníctve alebo spoluvlastníctve a ktoré budú bližšie špecifikované v priloženom liste vlastníctva ako formy zabezpečenia splnenia splnomocniteľovho záväzku zo zmluvy o úvere. Dohoda o splnomocnení je podpísaná dlžníkom O. Y. ako splnomocniteľom a Petrom Mamojkom, predsedom občianskeho združenia ProHelp ako splnomocnencom. Dňa 17.09.2013 bola uzavretá zmluva o zriadení záložného práva č. 356/2013-RAČ medzi navrhovateľkou a dlžníkom zastúpeným ProHelp - združenie občianskoprávnej pomoci, predmetom ktorej je zriadenie záložného práva v prospech navrhovateľky k už uvedeným nehnuteľnostiam. Záložné právo bolo zriadené za účelom zabezpečenia všetkých pohľadávok, ktoré vznikli a v budúcnosti vzniknú na základe zmluvy o úvere č. 901701508 zo dňa 14.09.2012. Podľa čl. 1 ods. 1 Ústavy Slovenskej republiky Slovenská republika je právnym štátom. Neoddeliteľným atribútom právneho štátu je právna istota a spravodlivosť. Ústava Slovenskej republiky garantuje ochranu vlastníckeho práva v čl. 20. Podľa § 28 ods. 2 katastrálneho zákona práva k nehnuteľnostiam uvedené v § 1 ods. 1 vznikajú, menia sa alebo zanikajú vkladom do katastra, ak tento zákon neustanovuje inak. Právne účinky vkladu vznikajú na základe právoplatného rozhodnutia správy katastra o jeho povolení (§ 28 ods. 3 katastrálneho zákona). Podľa § 31 ods. 1 katastrálneho zákona správa katastra preskúma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povolení vkladu prihliada správa katastra aj na skutkové a právne skutočnosti, ktoré by mohli mať vplyv na povolenie vkladu. Ak sú podmienky na vklad splnené, správa katastra vklad povolí; inak návrh zamietne (§ 31 ods. 3 katastrálneho zákona). Podľa § 22 ods. 2 Občianskeho zákonníka zastupovať iného nemôže ten, kto sám nie je spôsobilý na právny úkon, o ktorý ide, ani ten, záujmy ktorého sú v rozpore so záujmami zastúpeného. Právny úkon sa musí urobiť slobodne a vážne, určite a zrozumiteľne; inak je neplatný (§ 37 ods. 1 Občianskeho zákonníka). Podľa § 31 ods. 1 Občianskeho zákonníka pri právnom úkone sa možno dať zastúpiť fyzickou alebo právnickou osobou. Splnomocniteľ udelí za týmto účelom plnomocenstvo splnomocnencovi, v ktorom sa musí uviesť rozsah splnomocnencovho oprávnenia. Pri zápise vecných práv k nehnuteľnostiam do katastra nehnuteľností vkladom (§ 28 a nasl. katastrálneho zákona) je katastrálny odbor povinný posudzovať podstatné náležitosti príslušného zmluvného typu z hľadiska kritérií uvedených v § 31 ods. 1 katastrálneho zákona. V prípade, ak zmluvu o zriadení vecného práva (záložné právo) uzaviera zástupca na základe zmluvného zastúpenia (splnomocnenie), je povinnosťou katastrálneho odboru rozhodujúceho o povolení vkladu vecného práva skúmať, či došlo k vzniku zmluvného zastúpenia v súlade so zákonom. Po preskúmaní napadnutého rozhodnutia v intenciách opravného prostriedku navrhovateľky a so zreteľom na citované zákonné ustanovenia súd dospel k záveru, že predmetná dohoda o splnomocnení medzi dlžníkom O. Y. ako splnomocniteľom a občianskym združením ProHelp ako splnomocnencom nie je platne uzavretá. Súd sa nestotožnil s tvrdením navrhovateľky, podľa ktorého právny úkon (dohoda o splnomocnení) bol urobený slobodne a vážne, určito a zrozumiteľne. Dohoda o splnomocnení bola vpísaná do vopred predtlačeného formulára, dlžník teda nemal možnosť ovplyvniť jej obsah. Vzhľadom na vopred stanoveného splnomocnenca v dohode o splnomocnení bola obmedzená slobodná voľba splnomocnenca, ktorý by v mene dlžníka uzatvoril záložnú zmluvu a skutočne by hájil jeho záujmy, chýba teda základná zložka právneho úkonu, a to slobodný prejav vôle pri výbere zástupcu. Je otázne, či by vôbec úver bol poskytnutý bez uzavretia dohody o splnomocnení v znení vopred pripravenom na formulári bez možnosti dlžníka meniť jej podmienky. Takéto dojednanie spôsobuje absolútnu neplatnosť právneho úkonu v zmysle § 37 ods. 1 Občianskeho zákonníka. Za tejto situácie preto občianske združenie ProHelp nebolo oprávnené uzavrieť záložnú zmluvu a nakladať s nehnuteľnosťami dlžníka. Súd sa stotožňuje s námietkou navrhovateľky, podľa ktorej dohodu o splnomocnení nemožno posudzovať ako spotrebiteľskú zmluvu, avšak tento právny názor odporcu nemá za následok nezákonnosť napadnutého rozhodnutia. Súd poznamenáva, že v zmysle čl. I bod 1. stanov občianskeho združenia ProHelp ide o dobrovoľné združenie fyzických a právnických osôb založené na ochranu práv a oprávnených záujmov účastníkov v konaniach pred orgánmi verejnej správy a podľa čl. II bod 1. stanov jeho cieľom je ochraňovať práva a oprávnené záujmy účastníkov v konaniach pred orgánmi verejnej správy. Uzatvorenie záložnej zmluvy v zmysle Občianskeho zákonníka, ktorý je súkromnoprávnym predpisom, sa preto vymyká z rámca pôsobnosti a cieľov predmetného združenia. Z uvedených dôvodov preto súd podľa § 250q ods. 2 O.s.p. preskúmavané rozhodnutie odporcu ako vecne správne a vydané v súlade s citovanými zákonnými ustanoveniami potvrdil. O trovách konania súd rozhodol v zmysle § 250k ods. 1 O.s.p. s použitím § 250l ods. 2 O.s.p. tak, že navrhovateľke, ktorá nemala v konaní úspech, právo na náhradu trov nepriznal. Odporca si právo na náhradu trov konania neuplatnil. Neúspešnej navrhovateľke vznikla povinnosť zaplatiť súdny poplatok podľa § 2 ods. 4 druhá veta v spojení s § 5 ods. 1 písm. h) zákona č. 71/1992 Zb. o súdnych poplatkoch a poplatku za výpis z registra trestov v znení neskorších predpisov, a preto jej súd uložil uhradiť súdny poplatok v sume 35,- eur určenej podľa položky č. 10e) sadzobníka súdnych poplatkov. Poučenie: Proti tomuto rozsudku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napadá, v čom sa toto rozhodnutie alebo postup súdu považuje za nesprávny a čoho sa odvolateľ domáha. Odvolanie možno odôvodniť len tým, že a/ v konaní došlo k vadám uvedeným v § 221 ods.1,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(§ 205a), f/ rozhodnutie súdu prvého stupňa vychádza z nesprávneho právneho posúdenia veci.</w:t>
      </w:r>
    </w:p>
    <w:p/>
    <w:p>
      <w:r>
        <w:t>Zdroj: KAUZIS.SK – https://www.kauzis.sk/judikatura/r/ECLI:SK:KSKE:2014:7014200344.1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