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8Sd/72/2014 z 28. 10. 2014</w:t>
      </w:r>
    </w:p>
    <w:p>
      <w:r>
        <w:t>Uznesenie Krajského súdu Košice z 28. októbra 2014, sp. zn. 8Sd/72/2014, ECLI:SK:KSKE:2014:7014201280.1</w:t>
      </w:r>
    </w:p>
    <w:p>
      <w:r>
        <w:t>Súd: Krajský súd Košice</w:t>
      </w:r>
    </w:p>
    <w:p>
      <w:r>
        <w:t>Spisová značka: 8Sd/72/2014</w:t>
      </w:r>
    </w:p>
    <w:p>
      <w:r>
        <w:t>ECLI: ECLI:SK:KSKE:2014:7014201280.1</w:t>
      </w:r>
    </w:p>
    <w:p>
      <w:r>
        <w:t>Dátum vydania: 28. 10. 2014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8Sd/72/2014 Identifikačné číslo súdneho spisu: 7014201280 Dátum vydania rozhodnutia: 29. 10. 2014 Meno a priezvisko sudcu, VSÚ: JUDr. Jozef Harajdič ECLI: ECLI:SK:KSKE:2014:7014201280.1 Uznesenie Krajský súd v Košiciach v právnej veci navrhovateľky: T. K., nar. XX.XX.XXXX, bytom V. XX/XX, XXX XX W., proti odporkyni: Sociálna poisťovňa, ústredie Bratislava, Ul. 29. augusta 8 - 10, 813 63 Bratislava, o preskúmanie rozhodnutia č. XXX XXX XXXX X zo dňa 02.07.2014, v konaní o invalidom dôchodku, takto r o z h o d o l : Konanie z a s t a v u j e . o d ô v o d n e n i e : Odporkyňa napadnutým rozhodnutím č. XXX XXX XXXX X zo dňa 02.07.2014 v zmysle ustanovenia § 73 a § 112 ods. 4 zákona č. 461/2003 Z. z. o sociálnom poistení v znení neskorších predpisov zamietla žiadosť navrhovateľky o zvýšenie invalidného dôchodku. Včas podaným opravným prostriedkom zo dňa 23.07.2014 sa navrhovateľka domáhala preskúmania napadnutého rozhodnutia č. XXX XXX XXXX X zo dňa 02.07.2014. Navrhovateľka však následne v podaní zo dňa 21.10.2014 uviedla, že svoj opravný prostriedok berie v celom rozsahu späť a žiadala konanie v tejto veci zastaviť. V danej veci ide o konanie podľa tretej hlavy piatej časti zákona č. 99/1963 Zb. Občiansky súdny priadok (ďalej len „O.s.p.“) - rozhodovanie o opravných prostriedkoch proti rozhodnutiam správnych orgánov (§ 250l a nasl. O.s.p.).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O.s.p., až do rozhodnutia súdu môže žalobca vziať žalobu späť, ak žalovanému medzitým vznikli trovy konania, rozhodne súd o ich náhrade. V zmysle § 250d ods. 3 O.s.p., súd uznesením konanie zastaví, ak žaloba bola vzatá späť (§ 250h ods. 2). Odvolanie proti uzneseniu je prípustné. V zmysle citovaných zákonných ustanovení a vzhľadom k tomu, že navrhovateľka vzala opravný prostriedok späť skôr, než súd mohol vo veci rozhodnúť, bolo konanie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 s. p.) uviesť, proti ktorému rozhodnutiu smeruje, v akom rozsahu sa napáda, v čom sa toto rozhodnutie alebo postup súdu považuje za nesprávny, čoho sa odvolateľ domáha.</w:t>
      </w:r>
    </w:p>
    <w:p/>
    <w:p>
      <w:r>
        <w:t>Zdroj: KAUZIS.SK – https://www.kauzis.sk/judikatura/r/ECLI:SK:KSKE:2014:7014201280.1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