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Košice sp. zn. 5Sp/56/2013 z 25. 2. 2015</w:t>
      </w:r>
    </w:p>
    <w:p>
      <w:r>
        <w:t>Opravné uznesenie Krajského súdu Košice z 25. februára 2015, sp. zn. 5Sp/56/2013, ECLI:SK:KSKE:2015:7013201554.2</w:t>
      </w:r>
    </w:p>
    <w:p>
      <w:r>
        <w:t>Súd: Krajský súd Košice</w:t>
      </w:r>
    </w:p>
    <w:p>
      <w:r>
        <w:t>Spisová značka: 5Sp/56/2013</w:t>
      </w:r>
    </w:p>
    <w:p>
      <w:r>
        <w:t>ECLI: ECLI:SK:KSKE:2015:7013201554.2</w:t>
      </w:r>
    </w:p>
    <w:p>
      <w:r>
        <w:t>Dátum vydania: 25. 2. 2015</w:t>
      </w:r>
    </w:p>
    <w:p>
      <w:r>
        <w:t>Forma: Opravné uznesenie</w:t>
      </w:r>
    </w:p>
    <w:p>
      <w:pPr>
        <w:pStyle w:val="Heading2"/>
      </w:pPr>
      <w:r>
        <w:t>Text rozhodnutia</w:t>
      </w:r>
    </w:p>
    <w:p>
      <w:r>
        <w:t>Súd: Krajský súd Košice Spisová značka: 5Sp/56/2013 Identifikačné číslo súdneho spisu: 7013201554 Dátum vydania rozhodnutia: 26. 02. 2015 Meno a priezvisko sudcu, VSÚ: JUDr. Mgr. Andrea Jurková ECLI: ECLI:SK:KSKE:2015:7013201554.2 Opravné uznesenie Krajský súd v Košiciach, v právnej veci žalobcu: X.. E. V., P.., T. D. Q. Č.. X, J., zastúpeného JUDr. Jozefom Virgalom, advokátom, AK so sídlom Ružová č. 26, Nitra, proti žalovanému: Mestská polícia Košice, so sídlom Trieda SNP č. 48/A, Košice, v konaní o preskúmanie zákonnosti rozhodnutia žalovaného ev. č. *118257 zo dňa 04. 11. 2013, takto r o z h o d o l : - opravuje III. výrok uznesenia Krajského súdu v Košiciach zo dňa 22. 01. 2015 č. k.: 5Sp/56/2013-36- tak, že: III. výrok uznesenia má správne znieť takto: Po právoplatnosti tohto uznesenia bude žalobcovi X.. E. V., P.., prostredníctvom Slovenskej pošty, a . s., vrátený súdny poplatok v sume 63,30 eur. - opravuje VI. odsek odôvodnenia uznesenia Krajského súdu v Košiciach zo dňa 22. 01. 2015 č. k.: 5Sp/56/2013-36- tak, že: VI. odsek odôvodnenia uznesenia má správne znieť takto: - Keďže k späťvzatiu žaloby došlo pred pojednávaním veci, v súlade s naposledy citovanými zákonnými ustanoveniami, rozhodol súd aj o vrátení súdneho poplatku, ktorý bol zaplatený na účet tunajšieho súdu dňa 24. 01. 2014 s tým, že tento bude žalobcovi vrátený podľa § 11 ods. 6 zákona o súdnych poplatkoch, teda prostredníctvom prevádzkovateľa systému, po nadobudnutí právoplatnosti tohto rozhodnutia. o d ô v o d n e n i e : Žalobou zo dňa 26. 11. 2013 sa žalobca domáhal preskúmania zákonnosti rozhodnutia Mestskej polície Košice - bloku na pokutu nezaplatenú na mieste č. *118257 zo dňa 04. 11. 2013, ktorým mu bola uložená pokuta vo výške 60 eur za priestupok spáchaný dňa 04. 11. 2013 o 09.30 hod. v mieste spáchania I., porušením ustanovenia § 23 ods. 1 zákona č. 8/09 Z. z. a ustanovenia § 22 ods. 1 písm. j) zákona SNR č. 372/1990 Zb. o priestupkoch v platnom znení. Žalobca zaplatil z návrhu o preskúmanie zákonnosti rozhodnutia orgánu verejnej správy na základe žaloby - súdny poplatok vo výške 70 eur podľa pol. 10a/ Sadzobníka súdnych poplatkov zákona č. 71/1992 Zb. o súdnych poplatkoch v znení neskorších predpisov, a to na účet súdu. Žalobca svojím písomným podaním zo dňa 14. 01. 2015 oznámil tunajšiemu súdu, že na podanej žalobe o preskúmanie zákonnosti rozhodnutia zo dňa 26. 11. 2013 netrvá, berie ju v celom rozsahu späť a žiada konanie zastaviť. Následne Krajský súd v Košiciach uznesením č. k. 5Sp/56/2013-36- zo dňa 22. 01. 2015 konanie zastavil podľa ustanovenia § 250d ods. 3 O. s. p. Podľa § 11 ods. 3 zákona č. 71/1992 Zb. o súdnych poplatkoch a poplatku za výpis z registra trestov v znení neskorších predpisov, poplatok splatný podaním návrhu na začatie konania, podaním odvolania alebo dovolania sa vráti, ak sa konanie zastavilo, ak sa podanie odmietlo, alebo ak sa návrh, odvolanie alebo dovolanie vzali späť pred prvým pojednávaním. Ak sa návrh na začatie konania o rozvode manželstva vzal späť po prvom pojednávaní na príslušnom stupni súdov, vráti sa polovica všetkých zaplatených poplatkov. Poplatok sa tiež vráti, ak sa návrh vzal späť pred vydaním platobného rozkazu. V konaní o preskúmaní rozhodnutia orgánu verejnej správy sa poplatok vráti, ak sa návrh na začatie konania vzal späť pred prejednaním veci alebo ak bolo konanie zastavené z dôvodu, že účastník nebol v konaní riadne zastúpený. Súdny poplatok sa vracia krátený o 1 %, najmenej však 6,63 eur (§11 ods. 4 zákona č.71/1992 Zb. v platnom znení). V súlade z vyššie uvedeným ustanovením tak žalobcovi vzniklo právo na vrátenie súdneho poplatku v sume 63,30 eur. Súd preto uznesením č. k. 5Sp/56/2013-36 zo dňa 22. 01. 2015 rozhodol o vrátení súdneho poplatku, kde v VI. odseku uznesenia uviedol, že tento bude žalobcovi vrátený prostredníctvom daňového úradu, príslušného podľa miesta jeho trvalého bydliska, ktorému bude doručené toto uznesenie po tom, čo nadobudne právoplatnosť. Podľa § 11 ods. 6 zákona o súdnych poplatkoch ak sa má vrátiť poplatok alebo preplatok, orgány podľa § 3 zašlú odpis právoplatného rozhodnutia o jeho vrátení daňovému úradu príslušnému podľa trvalého pobytu (sídla) poplatníka alebo prevádzkovateľovi systému, ak sú orgány podľa § 3 zapojené do centrálneho systému evidencie poplatkov, ktoré poplatok alebo preplatok vrátia najneskôr do 30 dní odo dňa doručenia odpisu právoplatného rozhodnutia o jeho vrátení; ak orgán štátnej správy súdov alebo prokuratúra nevydali rozhodnutie, zašlú písomné upovedomenie o spôsobe vybavenia sťažnosti podľa osobitného zákona 7) a daňový úrad alebo prevádzkovateľ systému vrátia poplatok najneskôr do 30 dní odo dňa doručenia písomného upovedomenia. Pretože Krajský súd v Košiciach bol v čase vydania uznesenia zo dňa 22. 01. 2015 už zapojený do centrálneho systému evidencie poplatkov, poplatok má byť v zmysle citovaného § 11 ods. 6 zákona o súdnych poplatkoch účastníkovi vrátený prostredníctvom prevádzkovateľa systému, ktorým je Slovenská pošta, a. s. Podľa § 167 ods. 2 O. s. p. ak nie je ďalej ustanovené inak, použijú sa na uznesenie primerane ustanovenia o rozsudku. Podľa § 164 O. s. p. súd kedykoľvek aj bez návrhu opraví v rozsudku chyby v písaní a počítaní, ako aj iné zrejmé nesprávnosti. O oprave vydá opravné uznesenie, ktoré doručí účastníkom. Pritom môže odložiť vykonateľnosť rozsudku na čas, kým opravné uznesenie nenadobudne právoplatnosť. V rovnopise uznesenia č.k. 5Sp/56/2013-36- zo dňa 22. 01. 2015 došlo k uvedeniu zrejmej nesprávnosti, súd preto v zmysle § 164 v spojení s § 167 ods. 2 O. s. p. vykonal opravu tak, ako je to uvedené vo výroku tohto uznesenia. Poučenie: Proti tomuto uzneseniu možno podať odvolanie do 15 dní odo dňa jeho doručenia na Krajský súd v Košiciach, a to v dvoch písomných vyhotoveniach. V odvolaní sa musí popri všeobecných náležitostiach podľa ustanovenia § 42 ods. 3 O. s. p. uviesť, proti ktorému rozhodnutiu odvolanie smeruje, v akom rozsahu sa rozhodnutie napáda, v čom sa rozhodnutie alebo postup súdu považuje za nesprávny a čoho sa odvolateľ domáha.</w:t>
      </w:r>
    </w:p>
    <w:p/>
    <w:p>
      <w:r>
        <w:t>Zdroj: KAUZIS.SK – https://www.kauzis.sk/judikatura/r/ECLI:SK:KSKE:2015:7013201554.2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