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7S/28/2014 z 10. 3. 2015</w:t>
      </w:r>
    </w:p>
    <w:p>
      <w:r>
        <w:t>Rozsudok Krajského súdu Košice z 10. marca 2015, sp. zn. 7S/28/2014, ECLI:SK:KSKE:2015:7014200211.2</w:t>
      </w:r>
    </w:p>
    <w:p>
      <w:r>
        <w:t>Súd: Krajský súd Košice</w:t>
      </w:r>
    </w:p>
    <w:p>
      <w:r>
        <w:t>Spisová značka: 7S/28/2014</w:t>
      </w:r>
    </w:p>
    <w:p>
      <w:r>
        <w:t>ECLI: ECLI:SK:KSKE:2015:7014200211.2</w:t>
      </w:r>
    </w:p>
    <w:p>
      <w:r>
        <w:t>Dátum vydania: 10. 3. 2015</w:t>
      </w:r>
    </w:p>
    <w:p>
      <w:r>
        <w:t>Forma: Rozsudok</w:t>
      </w:r>
    </w:p>
    <w:p>
      <w:r>
        <w:t>Oblasť práva: Správne právo</w:t>
      </w:r>
    </w:p>
    <w:p>
      <w:pPr>
        <w:pStyle w:val="Heading2"/>
      </w:pPr>
      <w:r>
        <w:t>Text rozhodnutia</w:t>
      </w:r>
    </w:p>
    <w:p>
      <w:r>
        <w:t>Súd: Krajský súd Košice Spisová značka: 7S/28/2014 Identifikačné číslo súdneho spisu: 7014200211 Dátum vydania rozhodnutia: 11. 03. 2015 Meno a priezvisko sudcu, VSÚ: JUDr. Juraj Tymko ECLI: ECLI:SK:KSKE:2015:7014200211.2 ROZSUDOK V MENE SLOVENSKEJ REPUBLIKY Krajský súd v Košiciach v senáte zloženom z predsedu senátu JUDr. Juraja Tymka a členov senátu JUDr. Tamary Sklenárovej a JUDr. Judity Jurákovej v právnej veci žalobcu Kláštorná s.r.o., so dílom Jantárová 30, Košice, IČO: 35 736 216, zastúpeného JUDr. Marekom Radačovským, advokátom, so sídlom Žriedlová 3, Košice, proti žalovanému Finančnému riaditeľstvu Slovenskej republiky, Lazovná 63, Banská Bystrica, o preskúmanie zákonnosti rozhodnutia žalovaného č. 1100308/1/572343/2013 zo dňa 27.11.2013, takto r o z h o d o l : Žalobu z a m i e t a . Žalobcovi n e p r i z n á v a právo na náhradu trov konania. o d ô v o d n e n i e : Žalobou zo dňa 12. februára 2014 doručenou tunajšiemu súdu dňa 13.02.2014 sa žalobca domáhal zrušenia rozhodnutia žalovaného č. k. 1100308/1/572343/2013 zo dňa 27.11.2013 a vrátenia veci žalovanému na ďalšie konanie. Rozhodnutím Daňového úradu Žilina, pobočka Martin, ako správneho orgánu prvého stupňa č. 9514401/5/1270522/2012/Cab2 zo dňa 11.04.2013 bol žalobcovi podľa § 68 ods. 5 zákona č. 563/2009 Z. z. o správe daní (Daňový poriadok) vyrubený rozdiel dane v sume 108 554,60 eur na dani z pridanej hodnoty podľa ustanovení zákona č. 222/2004 Z. z. za zdaňovacie obdobie jún 2010, ktorý je splatný do 15 dní odo dňa nadobudnutia právoplatnosti tohto rozhodnutia na účet Daňového úradu Žilina vedený v Štátnej pokladnici číslo účtu: 5002240-8027324108/8180 variabilný symbol 2101270341. Odôvodnenie citovaného rozhodnutia správneho orgánu prvého stupňa je obsahom podrobného odôvodnenia napadnutého rozhodnutia žalovaného. V odvolaní proti rozhodnutiu správneho orgánu prvého stupňa žalobca navrhol zrušiť rozhodnutie o vyrubený dane č. 9514401/5/1270522/2012/Cab2, ktorým správca dane vyrubil daňovému subjektu rozdiel dane z pridanej hodnoty v sume 108 554,60 eur na dani z pridanej hodnoty za zdaňovacie obdobie jún 2010. Odvolacie námietky žalobcu proti rozhodnutiu Daňového úradu Žilina, pobočka Martin, o vyrubení rozdielu dane z pridanej hodnoty v sume 108 554,60 eur korešpondujú so žalobnými námietkami proti napadnutému rozhodnutiu žalovaného. Žalovaný napadnutým rozhodnutím podľa § 74 ods. 4 zákona č. 563/2009 Z. z. o správe daní (Daňový poriadok) a o zmene a doplnení niektorých zákonov v znení neskorších predpisov prvostupňové rozhodnutie Daňového úradu Žilina č. j. 9514401/5/1270522/2012/Cab2 zo dňa 11.04.2013, ktorým podľa § 68 ods. 5 zákona č. 563/2009 Z. z. o správe daní (Daňový poriadok) a o zmene a doplnení niektorých zákonov v znení neskorších predpisov správca dane vyrubil rozdiel dane z pridanej hodnoty za zdaňovacie obdobie jún 2010 v sume 108 554,60 eur daňovému subjektu Kláštorná s.r.o., Staničná 499, 038 43 Kláštor pod Znievom, IČO: 35 736 216, DIČ: 2021373090, IČ DPH: Sk2021373090, zastúpenému splnomocneným zástupcom H.. Ľ. V., daňový poradca, J. XX, XXX XX V., potvrdil. V odôvodnení napadnutého rozhodnutia žalovaný uviedol, že správca dane vykonal u platiteľa dane z pridanej hodnoty Kláštorná s.r.o., Staničná 499, 038 43 Kláštor pod Znievom, kontrolu dane z pridanej hodnoty za zdaňovacie obdobia február 2010, marec 2010, apríl 2010, jún 2010, júl 2010, december 2010 na podnet orgánov činných v trestnom konaní. Daňová kontrola bola začatá v súlade s § 46 ods. 3 Daňového poriadku spísaním zápisnice o začatí daňovej kontroly č. j. 9500401/1/364885/2012 zo dňa 07.03.2012. O výsledku zistenia z daňovej kontroly vypracoval správca dane protokol z daňovej kontroly č. 9514401/5/3785550/2012/Cab2 zo dňa 18.12.2012, ktorý spolu s výzvou na vyjadrenie sa k zisteniam uvedeným v protokole zo dňa 19.12.2012 prevzal osobne splnomocnený zástupca H.. Ľ. V. dňa 21.12.2012. Nasledujúci deň po dni doručenia protokolu z daňovej kontroly podľa § 46 ods. 8 Daňového poriadku začalo vyrubovacie konanie. Vo vyrubovacom konaní na základe písomného vyjadrenia daňového subjektu k protokolu, správca dane vykonal dňa 19.02.2013 ústne pojednávanie s navrhnutým svedkom V. B., ktorého sa osobne zúčastnil aj splnomocnený zástupca spoločnosti Kláštorná s.r.o.. O uvedenom správca dane vyhotovil zápisnicu o ústnom pojednávaní č.j. 9514401/5/674288/2013/Cab2. Žalovaný v odôvodnení napadnutého rozhodnutia ďalej uviedol, že dňa 03.04.2013 sa dostavil na Daňový úrad Žilina, pobočka Martin, H.. Ľ. V., splnomocnený zástupca spoločnosti Kláštorná s.r.o., kde s ním spísal správca dane zápisnicu o ústnom pojednávaní č. 9514401/5/1236793/2013/Cab2 zo dňa 03.04.2013, ktorej predmetom bolo prerokovanie pripomienok a dôkazov predložených k protokolu č. 9514401/5/3785550/2012 zo dňa 18.12.2012. Uviedol, že správca dane vyhodnotil vo vyrubovacom konaní vykonané dôkazy podľa svojej úvahy, a to každý dôkaz jednotlivo a všetky dôkazy v ich vzájomnej súvislosti a na základe týchto dôkazov vydal rozhodnutie č. j. 9514491/5/1270522/2013/Cab2 zo dňa 11.04.2013. Konštatoval, že daňový subjekt si v kontrolovanom zdaňovacom období neoprávnene uplatnil odpočítanie dane z faktúr vystavených dodávateľom Ekosad, spol. s r.o., Pajštúnska 1, Bratislava, za dodávku masívnej dubovej podlahy - palubovky, v celkovej sume DPH 108 554,60 eur, a to faktúrami, ktoré jednotlivo aj špecifikoval. Správca dane za účelom preverenia oprávnenosti nároku na odpočítanie dane zaslal miestne príslušnému správcovi dane dodávateľa Ekosad, spol. s r.o., DÚ Bratislava dožiadanie č. 9514401/5/3695787/2012/Maj zo dňa 11.12.2012. Miestne príslušný správca dane vo svojej odpovedi č. j. 9102405/5/3712621/2012/Ďat zo dňa 12.12.2012 uviedol, že spoločnosť Ekosad, spol. s r.o. sa na adrese sídla uvedenej vo výpise z obchodného registra nenachádza, nájomná zmluva bola spoločnosti vypovedaná s účinnosťou k 16.12.2011, písomnosti zasielané na adresu sídla sa vracajú správcovi dane späť neprevzaté s poznámkou „adresát neznámy“. Spoločnosť Ekosad, spol. s r.o. od 02.02.2011 nemá ani konateľa. Posledným konateľom zapísaným v obchodnom registri bol maďarský občan V. U.. Žalovaný uviedol, že dňa 12.07.2012 zaslal správca dane daňovému subjektu výzvu na predloženie dôkazov č. 9514401/5/1695972/2012/Cab2, ktorú splnomocnený zástupca prevzal dňa 17.07.2012, ktorou vyzval daňový subjekt na predloženie relevantných dôkazov a s nimi súvisiacich dokladov a písomností preukazujúcich, že obchody s masívnou dubovou podlahou, ktorých nákup daňový subjekt deklaroval v daňových priznaniach DPH za zdaňovacie obdobia február až júl 2010 sa reálne uskutočnili. V nadväznosti na výzvu správcu dane sa dňa 01.08.2012 dostavil na daňový úrad splnomocnený zástupca daňového subjektu H.. Q. P., ktorý predložil k výzve písomné vyjadrenie. Vo vyjadrení spoločnosť Kláštorná s.r.o. oznámila, že všetky dôkazy a doklady boli dňa 02.03.2012 na základe zápisnice o vydaní veci odovzdané Prezídiu Policajného zboru, Úrad boja proti organizovanej kriminalite, Košice a ďalšími dôkazmi spoločnosť Kláštorná nedisponuje. Žalovaný poukázal na to, že správca dane v časti I. „Všeobecné údaje“ protokolu č. 9514401/5/378550/2012/Cab2 zo dňa 18.12.2012 uviedol zoznam dokladov, ktoré si vyžiadal od Prezídia Policajného zboru, Úradu boja proti organizovanej kriminalite, Košice, a z ktorých si vyhotovil kópie. Medzi týmito dokladmi sa nachádzali len dodávateľské faktúry, objednávky k faktúram - nepodpísané odberateľom, protokoly o prevzatí tovaru medzi predávajúcim Ekosad, spol. s r.o. a kupujúcim Kláštorná s.r.o., dodacie listy a kúpne zmluvy. Žiadne iné písomné dôkazy neboli odovzdané. Ďalej kontrolou bolo zistené, že daňový subjekt v riadku 15 daňového priznania uviedol dodanie tovarov a služieb s oslobodením od dane podľa § 43 zákona o DPH vo výške 594 193 eur. Správca dane z medzinárodných nákladných listov - CMR, ktoré boli priložené pri jednotlivých odberateľských faktúrach zistil, že miestom nakládky tovaru - masívnej dubovej podlahy, bol sklad Ličartovce 299 a miestom vykládky tovaru spoločnosť OMEGA - Hua, Belterulet 1810/15, Maďarsko 3980, Sátoraljaújhely. Žalovaný konštatoval, že keďže správcom dane bolo zistené, že spoločnosti Ekosad, spol. s r.o. ako dodávateľovi tovaru nevznikla daňová povinnosť, t.j. k dodaniu tovaru pre spoločnosť Kláštorná s.r.o. nedošlo, nemohol daňový subjekt tento tovar dodať do iného členského štátu s oslobodením od dane. Žalovaný ďalej uviedol, že skutočnosť, že k zdaniteľným obchodom nedošlo potvrdzujú aj dôkazné prostriedky - zápisnice o vypočutí svedka a zápisnice o vypočutí obvineného, ktoré správca dane získal na základe žiadosti o nazeranie do spisu - koordinácia KS016 č. 9514401/5/3730842/2012/Maj zo dňa 10.12.2012 od Finančného riaditeľstva SR, a ktoré správca dane použil ako podporné dôkazy pri svojom rozhodovaní. Kontrolou zistených skutočností správca dane dospel k záveru, že vecné plnenie z predložených faktúr nenastalo a predložené faktúry boli vystavené bez reálneho plnenia. Právo odpočítať daň z fakturovaného tovaru alebo služby vzniká platiteľovi v deň, keď pri tomto tovare alebo službe vznikla daňová povinnosť. Žalovaný uviedol, že správca dane na základe skutočností zistených kontrolou dospel k záveru, že tovar nemohol byť následne odoslaný z tuzemska do iného členského štátu, nakoľko nebolo preukázané fyzické dodanie tovaru. Poukázal na to, že podľa § 43 ods. 1 a 5 zákona o DPH nedošlo k oslobodeniu od dane, a preto daňový subjekt nebol oprávnený uvedené dodávky tovaru do iného členského štátu uviesť do riadku 15 daňového priznania. Žalovaný konštatoval, že rozhodujúcim dôkazom pre vylúčenie z nároku na odpočítanie dane faktúr od dodávateľa Ekosad, spol. s r.o. bola skutočnosť, že tejto spoločnosti nevznikla podľa § 19 ods. 1 zákona o DPH daňová povinnosť, čo je základná podmienka pri uplatnení odpočítania dane podľa § 49 ods. 1 zákona o DPH, pretože nebolo preukázané fyzické dodanie tovaru. V odôvodnení napadnutého rozhodnutia žalovaný ďalej uviedol, že proti zisteniam správcu dane uvedených v protokole z daňovej kontroly č. 9514401/5/3785550/2012/Cab2 zo dňa 18.12.2012 podal daňový subjekt písomné vyjadrenie, v ktorom vzniesol námietky, s ktorými sa správca dane vysporiadal a vyhodnotil vo vyrubovacom konaní, o čom vyhotovil zápisnicu o ústnom pojednávaní č. j. 9514401/5/11236793/2013/Cab2 zo dňa 03.04.2013. Žalovaný k námietkam daňového subjektu, ktoré vzniesol v odvolaní uviedol nasledovné: K námietke týkajúcej sa udelenia splnomocnenia daňovým subjektom pre H.. Q. P., ktorou namieta, že takto udelené splnomocnenie neoprávňovalo H.. Q. P. na zastupovanie spoločnosti Kláštorná s.r.o. pri daňovej kontrole z dôvodu, že toto nebolo udelené podľa Daňového poriadku ani podľa Občianskeho zákonníka a splnomocňovalo len na zastupovanie vo veciach týkajúcich sa štátnej správy a štátnej samosprávy a verejnej správy, žalovaný uviedol, že splnomocnenie na konanie za spoločnosť Kláštorná s.r.o. pre H.. Q. P., ktoré bolo správcovi dane doručené dňa 10.11.2008 bolo udelené podľa vtedy platného zákona č. 511/1992 Zb. v znení neskorších predpisov o správe daní a poplatkov. Konštatoval, že podľa § 9 ods. 3 citovaného zákona daňový subjekt, jeho zákonný zástupca alebo jeho opatrovník sa mohol dať zastupovať zástupcom, ktorého si zvolil, ktorý konal v rozsahu plnomocenstva udeleného písomne s úradne overeným podpisom alebo ústne do zápisnice u správcu dane. Ak nebol rozsah plnomocenstva presne vymedzený, považovalo sa toto plnomocenstvo za všeobecné. Konatelia spoločnosti Kláštorná s.r.o. splnomocnili H.. Q. P. na všetky úkony voči štátnej správe, pričom daňové úrady sú orgánom štátnej správy. Skutočnosť, že správca dane postupoval správne, t.j. konal s osobou oprávnenou konať za daňový subjekt, potvrdzuje aj vyjadrenie pána H.. Q. P. do zápisnice o ústnom pojednávaní zo dňa 08.11.2012, kde sa vyjadril, že je splnomocneným zástupcom spoločnosti Kláštorná s.r.o. a v daňovom konaní nezastupuje iný daňový subjekt. Vzhľadom na skutočnosť, že spoločnosť Kláštorná s.r.o. mala u správcu dane zaregistrovanú generálnu plnú moc udelenú pre H.. Q. P. a správcovi dane bola dňa 08.01.2013 doručená nová plná moc udelená pre H.. Ľ. V., daňového poradcu, bolo potrebné, aby sa konateľ spoločnosti vyjadril k rozsahu udelených splnomocnení. Na odstránenie nedostatkov podania - duplicitne udelená plná moc, zaslal správca dane aj výzvu na odstránenie nedostatkov podania zo dňa 10.01.2013. Dňa 15.01.2013 správca dane spísal zápisnicu o ústnom pojednávaní č. j. 9514401/5/183499/2013/Cab2 s konateľnom spoločnosti Kláštorná s.r.o. H.. X. V., ktorej sa zúčastnil aj H.. Ľ. V., predmetom ktorej bolo vyjadrenie sa konateľa spoločnosti k udeleným plným mociam na zastupovanie spoločnosti Kláštorná s.r.o.. Konateľ spoločnosti sa k udeleným plným mociam vyjadril, že generálnu plnú moc pre H.. Q. P. ruší ku 15.01.2013 a bude mu udelené nové poverenie, v ktorom bude oprávnený podpisovať len daňové priznania, hlásenia a súhrnné výkazy. Od 15.01.2013 splnomocňuje zastupovaním H.. Ľ. V. na všetky iné úkony pred správcom dane, Finančným riaditeľstvom SR a Ministerstvom financií SR. Žalovaný v odôvodnení napadnutého rozhodnutia poukázal na to, že z vyjadrenia konateľa daňového subjektu jednoznačne vyplýva, že H.. Q. P. mal pre spoločnosť Kláštorná s.r.o. do 15.01.2013 udelenú generálnu plnú moc na zastupovanie, preto námietku splnomocneného zástupcu, že správca dane pri daňovej kontrole konal s neoprávnenou osobou, považoval žalovaný za neopodstatnenú a účelovú. V odôvodnení napadnutého rozhodnutia žalovaný ďalej uviedol, že daňový subjekt v odvolaní poukazuje na skutočnosť, že na preukázanie zdaniteľných obchodov predložil správcovi dane nielen faktúry, bankové výpisy, účtovníctvo, ale samotné dodanie tovaru, ktoré je nevyhnutnou podmienkou na vznik daňovej povinnosti u dodávateľa a práva na odpočítanie dane u odberateľa preukázal svedeckou výpoveďou p. V. B., osoby, ktorá predmetné obchody zabezpečovala. K uvedenej odvolacej námietke žalovaný uviedol, že samotná výpoveď svedka bez predloženia písomných dôkazov o realizácii zdaniteľných obchodov je nepostačujúcim dôkazom. Vyjadrenia p. V. B. k dodávke masívnych dubových podláh boli nejednoznačné, navzájom si odporovali, preto správca dane svedeckú výpoveď vyhodnotil ako dôkaz, ktorý nepotvrdil, že tovar bol skutočne fyzicky dodaný spoločnosťou Ekosad, spol. s r.o.. Žalovaný poukázal na to, že vzhľadom na konštrukciu zákona o DPH je v záujme daňového subjektu, aby si zaobstaral dostupné dôkazy, pretože je jeho povinnosťou preukázať splnenie hmotnoprávnych podmienok pre odpočítanie dane, v opačnom prípade sa vystavuje riziku, že neunesie dôkazné bremeno. Žalovaný mal za to, že správcom dane bol dostatočne zistený skutkový stav veci, nakoľko v rámci výkonu daňovej kontroly bolo zistené, že vecné plnenie z predložených faktúr nenastalo a predložené faktúry boli vystavené bez reálneho plnenia. Pretože nebolo relevantnými dôkazmi preukázané fyzické dodanie tovaru v zmysle zákona o dani z pridanej hodnoty, nedošlo k vzniku daňovej povinnosti v dodávateľskej spoločnosti a následne u daňového subjektu nevzniklo právo na odpočítanie dane. Uviedol, že podľa § 49 ods. 1 zákona o DPH právo na odpočítanie dane vznikne len vtedy, ak vznikla daňová povinnosť v zmysle zákona o DPH. Meno pani B. sa správca dane dozvedel až zo svedeckej výpovede p. V. B., teda po ukončení daňovej kontroly a samotný splnomocnený zástupca nenavrhol vo vyrubovacom konaní jej vypočutie. K námietke daňového subjektu, že správca dane vo svojom rozhodnutí uviedol, že spoločnosť Kláštorná s.r.o. sa zúčastnila na fiktívnom obchode a osobou, ktorá za Kláštornú s.r.o. v týchto obchodoch vystupovala je p. Q. Š., člen dozornej rady spoločnosti žalovaný uviedol, že z rozhodnutia správcu dane ani z protokolu o daňovej kontrole nevyplýva a správca dane neoznačil žiadny dôkaz, ktorý by preukazoval, že spoločnosť Kláštorná s.r.o. sa vedome a úmyselne zúčastnila na fiktívnych obchodoch. K osobe p. Q. Š. iba konštatoval, že má k dispozícii výpoveď svedka zo dňa 10.11.2011 a zo dňa 22.12.2011 vyhotovenú v trestnom konaní, podľa ktorého osobou spolupracujúcou so skupinou obchodujúcou fiktívne s masívnymi dubovými podlahami bola menovaná osoba. Žalovaný konštatoval, že tento dôkaz nebol hlavným dôkazom, z ktorého správca dane pri svojom rozhodovaní vychádzal. K časti odvolania, kde sa splnomocnený zástupca vyjadruje k úkonom vykonávaným orgánmi činnými v trestnom konaní, že doposiaľ nebolo voči osobe p. Q. Š. vznesené obvinenie a nebol ani predvolaný ako svedok v danej veci, žalovaný uviedol, že konanie, ktoré vedú orgány činné v trestnom konaní, je samostatným konaním a daňovým orgánom neprináleží nijakým spôsobom hodnotiť a zasahovať do ich činnosti. K námietke daňového subjektu, že správca dane mu neumožnil oboznámiť sa s úplným znením svedeckých zápisníc získaných v trestnom konaní, žalovaný uviedol, že šetrenia Prezídia Policajného zboru, Úradu boja proti organizovanej kriminalite, Odbor Východ Košice, sú rozsiahle, v ktorých boli preverované rôzne tovarové komodity, rôzne spoločnosti, s ktorými daňový subjekt nemá žiaden zmluvný vzťah a týmto konaním by došlo k porušeniu právom chránených záujmov iných osôb. V súvislosti s vypočutím navrhovaného svedka p. Q. Š. v daňovom konaní žalovaný uviedol, že v rámci odvolacieho konania správca dane zaslal dňa 14.10.2013 menovanému predvolanie na výsluch svedka č. j. 9514401/5/4630981/2013/Cab2 na deň 04.11.2013. Konštatoval, že menovaný si zásielku v odbernej lehote neprevzal a ústneho pojednávania sa nezúčastnil. V súvislosti s vypočutím tejto osoby žalovaný poukázal na skutočnosť, že výpoveď tohto svedka by nemala vplyv na merito veci, na základe ktorej by došlo k zmene výroku rozhodnutia. V závere napadnutého rozhodnutia žalovaný konštatoval, že správca dane postupoval v súlade s ust. § 3 ods. 3 Daňového poriadku a vyhodnotil dôkazy podľa svojej úvahy, a to každý dôkaz jednotlivo a všetky dôkazy v ich vzájomnej súvislosti, pritom prihliadal na všetko, čo v daňovom konaní vyšlo najavo. Žalovaný sa stotožnil so závermi správcu dane, že daňový subjekt neuniesol dôkazné bremeno a nepreukázal, že uplatnil predmetné odpočítanie dane za nákup dubových podláh oprávnene. Včas podanou žalobou sa žalobca domáhal zrušenia rozhodnutia žalovaného č. k.: 1100308/1/572343/2013 zo dňa 27.11.2013 a vrátenia veci žalovanému na ďalšie konanie. Žalobca v podanej žalobe poukázal na priebeh konania pred Daňovým úradom Žilina, pobočka Martin, ako aj na jeho rozhodnutie č. 9514401/5/1270522/2012/Cab2 zo dňa 11.04.2013. Žalobca konštatoval, že pokiaľ ide o zdôvodnenie správcu dane, že faktúra nie je dostatočným podkladom na uplatnenie odpočtu DPH, je potrebné venovať sa zneniu § 51 ods. 1 zákona č. 222/2004 Z. z. o dani z pridanej hodnoty (ďalej len „zákon o DPH“), ktorý aj citoval. Ďalej poukázal na ustanovenie § 49 zákona o DPH a uviedol, že v súvislosti s dôkaznou povinnosťou žalobkyne v znení vyššie citovaného zákona o DPH si dovoľuje poukázať aj na právnu úpravu v rámci Európskej únie, konkrétne na smernicu Rady 2006/112/ES z 28. novembra 2006 o spoločnom systéme dane z pridanej hodnoty (ďalej len „smernica“), keďže tá je záväzná pre každý členský štát, pokiaľ ide o dosiahnutie výsledku, pričom voľba formy alebo metód na dosiahnutie výsledku je ponechaná na vnútroštátnom orgáne, aj keď je nutné poukázať aj na skutočnosť, že konkrétne ustanovenia smernice môžu za stanovených predpokladov nadobudnúť aj priamy účinok bez existencie adekvátnej transpozičnej normy v slovenskom právnom poriadku. Žalobca citoval článok 168 písmeno a/ smernice a uviedol, že Súdny dvor v niekoľkých konaniach týkajúcich sa smernice judikoval, že základná zásada neutrality DPH vyžaduje, aby odpočítanie DPH na vstupe bolo priznané, ak sú splnené základné požiadavky, hoci určité formálne požiadavky zdaniteľné osoby splniť opomenuli (rozsudok Ecotrade, C-95/07 a C-96/07, bod 63 z 08. mája 2008 a rozsudok Uszodaépíto, C-392/09 z 30. septembra 2010). Uviedol, že na základe vyššie uvedených skutočností možno teda konštatovať, že vnútroštátna úprava je zhodná s úpravou Európskej únie, a teda aj v zmysle zákona o DPH, smernice, ako aj rozhodnutí Súdneho dvora, je uplatnenie odpočtu DPH viazané len na splnenie jedinej formálnej podmienky, ktorou je riadne vystavená faktúra. Na uplatnenie odpočtu nemožno ukladať dodatočné podmienky, ktoré by toto právo mohli urobiť neúčinným a zároveň členské štáty môžu obmedziť právo na odpočítanie DPH len v prípade výslovne stanovenom smernicou. Konštatoval, že všetko vyššie uvedené bolo postupom daňových orgánov popreté. V podanej žalobe žalobca ďalej uviedol, že v súlade s protokolom o daňovej kontrole si žalobkyňa túto svoju jedinú povinnosť voči daňovému orgánu uloženú tak zákonom o DPH, ako aj smernicou riadne splnila, keďže pri daňovej kontrole daňovému úradu tieto faktúry riadne predložila, a to prostredníctvom Prezídia PZ, dokonca daňovému úradu predložila vyššie špecifikované podklady preukazujúce dodanie tovarov a služieb žalobkyňou, ako aj dodanie tovarov a služieb žalobkyni nad rámec povinnosti uloženej zákonom o DPH a smernicou, ktorá zahŕňa len preukázanie existencie faktúry. Uviedol, že rozhodnutie o vyrubení dane, ako aj rozhodnutie o odvolaní vydané žalovaným na tom podklade, že predloženie faktúr žalobkyňou na uplatnenie odpočtu DPH je nepostačujúce, sú rozhodnutiami vydanými na základe nesprávneho právneho posúdenia veci. Poukázal na to, že správca dane v protokole o daňovej kontrole ani v rozhodnutí o vyrubení rozdielu dane, ako ani v rozhodnutí o odvolaní neuvádza dôvod, pre ktorý považuje zdaniteľné obchody medzi spoločnosťou Ekosad, spol. s r.o. a jej dodávateľmi za nereálne, uvádza iba to, že ich považuje za nereálne, a preto túto skutočnosť nie je možné označiť inak, ako nedostatok odôvodnenia rozhodnutia. K dôvodom neuznania uplatneného nároku na odpočítanie DPH správcom dane žalobca poukázal na to, že na uplatnenie odpočtu DPH je potrebné len vystavenie faktúry v súlade so zákonom o DPH, ako aj smernicou, a teda je nutné opätovne poznamenať, že takýto postup správcu dane vychádza z nesprávneho právneho posúdenia veci, ako aj nedostatočného odôvodnenia. Konštatoval, že rovnako je neprípustný postup daňových orgánov, ktorým sú vyvodzované negatívne dôsledky pre postavenie žalobkyne z uskutočneného dokazovania u tretích subjektov, konkrétne z ich nečinnosti, respektíve z nesplnenia ich povinnosti voči daňovým orgánom. Žalobca ďalej uviedol, že záver správcu dane, že k zdaniteľnému obchodu nedošlo, je nepochopiteľný, vzhľadom na dôkaznú situáciu v daňovom konaní. Dôkazné bremeno síce spočíva na žalobkyni ale v tom rozsahu, že žalobkyňa preukáže existenciu faktúry tak, ako to vyžaduje citované ustanovenie zákona o DPH, ako aj smernica. Toto dôkazné bremeno žalobkyňa uniesla predložením jednotlivých faktúr preukazujúcich zdaniteľné obchody, ktorými preukázala existenciu svojho nároku na odpočet DPH. Následne bolo na správcovi dane, aby prípadným ďalším dokazovaním preukázal, že nárok na odpočet DPH nevznikol, a to takým dôkazom, ktorý by preukazoval, že k dodaniu tovaru nedošlo. Správca dane však v daňovom konaní v rámci takéhoto už preneseného dôkazného bremena zistil výsluchom svedka, že k dodaniu tovaru žalobkyni, ako aj jeho expedovaniu odberateľom žalobkyne naozaj došlo, čo potvrdila osoba poverená dozeraním na nakládky a vykládky tovaru. Žalobca ďalej uviedol, že aj napriek tomu, že Finančné riaditeľstvo SR uvádza, že ani z protokolu o daňovej kontrole ani z rozhodnutia o vyrubení nedoplatku dane nevyplýva a správca dane neoznačil žiaden dôkaz, ktorý by preukazoval, že žalobkyňa sa vedome a úmyselne zúčastnila na fiktívnych obchodoch o niekoľko riadkov nižšie už Finančné riaditeľstvo výpoveď svedka v trestnom konaní označuje ako dôkaz a uvádza, že tento dôkaz nebol hlavným dôkazom, z ktorého správca dane pri svojom rozhodovaní vychádzal. Žalobca označil rozhodnutie Finančného riaditeľstva ako nepreskúmateľné, nakoľko tvrdenia, o ktoré sa opiera, si navzájom odporujú, a teda sú logicky nezrozumiteľné a neodôvodnené, nakoľko aj tieto vzájomne si odporujúce tvrdenia nie sú podopreté dôvodmi, ktoré by tieto závery odôvodňovali. Žalobca poukázal na rozsudok Súdneho dvora EÚ v spojených veciach Mahagében Kft (C-80/11) a Péter Dávid (C-142/11), ktorého predmetom bolo posúdenie predbežných otázok podaných súdnymi orgánmi Maďarska, okrem iného aj vo veciach odpočtu DPH a podmienok jeho poskytnutia. Taktiež poukázal na rozhodnutie Ústavného súdu SR sp. zn. I.ÚS 241/07. Žalobca konštatoval, že nákup masívnych dubových podláh deklaroval dodávateľskými faktúrami vystavenými spoločnosťou Ekosad, spol. s r.o., objednávkami k týmto faktúram, dodacími listami a protokolom o prevzatí tovaru medzi predávajúcim, ktorým bola spoločnosť Ekosad, spol. s r.o. a kupujúcim, ktorým bola žalobkyňa, ako aj kúpnou zmluvou medzi žalobkyňou a spoločnosťou Ekosad, spol. s r.o.. Žalobca ďalej konštatoval, že nakúpený tovar od spoločnosti Ekosad spol. s r.o. na základe kúpnej zmluvy uzatvorenej medzi ním a spoločnosťou SIA „AMG EKSPORTS“ tento tovar predávala uvedenej spoločnosti, pričom o predaji tohto tovaru svedčia odberateľské faktúry a medzinárodný nákladný list k odberateľskej faktúre (CMR). Tento tovar vyvážala žalobkyňa spoločnosti OMEGA - Hua, Belterulet 1810/15, Maďarsko. Vykládky, ako aj nakládky tovaru v sklade v Ličartovciach, preukazujúce existenciu reálneho plnenia potvrdil pred správcom dane svedok V. B.. Žalobca mal za to, že reálnosť zdaniteľných obchodov uskutočnených medzi ním a jeho dodávateľmi a odberateľmi je preukázaná nad mieru, ktorú zákon o DPH vyžaduje od daňového subjektu, teda preukázanie existencie faktúr vystavených v súlade so zákonom o DPH. Poukázal na to, že skutočnosť, že v zmysle protokolu o daňovej kontrole, dodávatelia spoločnosti Ekosad, spol. s r.o., ktorá je dodávateľom žalobcu nepreukázali reálnosť obchodov, keďže si nesplnili svoju povinnosť voči správcovi dane, nemôže byť žalobkyni na ťarchu. Rovnako nemôže byť žalobkyni na ťarchu ani to, že odberateľ žalobkyne spoločnosť OMEGA si nesplnila povinnosť voči správcovi dane, teda že nepodala daňové priznania a so správcom dane nekomunikuje. V závere podanej žaloby žalobca uviedol, že žalovaný závažným spôsobom porušil viacero ustanovení zákona o DPH, zákona č. 563/2009 Z. z., ako aj smernice, a teda rozhodnutie žalovaného bolo vydané na základe nesprávneho právneho posúdenia veci, a keďže rozhodnutie správcu dane neobsahuje skutočnosti, ktoré ho k nemu viedli, je toto rozhodnutie nepreskúmateľné. Žalovaný v písomnom vyjadrení zo dňa 23.09.2014 navrhol žalobu zamietnuť. Dôvody uvedené v tomto písomnom vyjadrení žalovaného korešpondujú s odôvodnením napadnutého rozhodnutia žalovaného. Krajský súd v Košiciach v konaní podľa § 247 a nasl. O.s.p. po preskúmaní napadnutého rozhodnutia a oboznámení sa s administratívnymi spismi žalovaného a správneho orgánu prvého stupňa dospel k záveru, že žaloba nie je dôvodná. Na pojednávaní súdu dňa 11.03.2015 zástupca žalovaného nebol prítomný, pričom bol na pojednávanie riadne a včas predvolaný. Keďže žalovaný neúčasť svojho zástupcu na pojednávaní ospravedlnil podaním zo dňa 09.03.2015, súd v zmysle § 250g ods. 2 O.s.p. prejednal vec v neprítomnosti zástupcu žalovaného. Právny zástupca žalobcu uviedol, že pokiaľ ide o vyhodnotenie dôkazov, ktoré boli vykonané správnym orgánom prvého stupňa, a to konkrétne, pokiaľ išlo o vypočutie svedka B., žalovaný poukázal na to, že z jeho výpovede nebolo preukázané, že došlo k dodaniu deklarovaného tovaru, pričom žalovaný vo svojich vyjadreniach uvádza, že má len k dispozícii listinné dôkazy, a to kúpne zmluvy, dodacie listy, objednávky, ktoré vyhodnotil tak, že reálne nedošlo k splneniu deklarovanej dodávky tovaru. Konštatoval, že pokiaľ ide o právnu problematiku, resp. právne zdôvodnenie, v tomto smere poukázal na rozsudok Súdneho dvora z 11.12.2014, z ktorého vyplýva, že na uplatnenie dane z pridanej hodnoty sa má vychádzať zo smernice, ktorú už citoval v podanej žalobe a výlučne stačí len splnenie formálnych požiadaviek. Ďalej uviedol, že rozhodnutie žalovaného na jednej strane akceptuje výklad rozhodnutí Súdneho dvora, avšak na druhej strane tento výklad popiera, nakoľko uvádza, že v danom prípade takýto výklad nemôže akceptovať, pretože žalobca mohol predpokladať, že v danom prípade môže dôjsť k daňovému podvodu. Právny zástupca žalobcu ďalej poukázal na to, že pokiaľ žalovaný použil pri rozhodovaní výpovede svedkov z trestného konania, tieto výpovede svedkov odmietol sprístupniť žalobcovi, a teda nie je zrejmé o aké dôkazy išlo, ktoré mali svedčiť v prospech rozhodnutia žalovaného. Konštatoval, že žalobca preto nemohol namietať zákonnosť použitia tohto dôkazu, nakoľko nepoznal jeho obsah. Zdôraznil, že žalobca si voči daňovému úradu splnil všetky zákonné povinnosti a z týchto dôvodov navrhol zrušiť napadnuté rozhodnutie žalovaného. Podľa § 3 ods. 1 zákona č. 563/2009 Z. z. o správe daní (Daňový poriadok) a o zmene a doplnení niektorých zákonov (ďalej len „zákon č. 563/2009 Z. z.“), pri správe daní sa postupuje podľa všeobecne záväzných právnych predpisov, chránia sa záujmy štátu a obcí a dbá sa pritom na zachovávanie práv a právom chránených záujmov daňových subjektov a iných osôb.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zákona č. 563/2009 Z. z., správca dane hodnotí dôkazy podľa svojej úvahy, a to každý dôkaz jednotlivo a všetky dôkazy v ich vzájomnej súvislosti, pritom prihliada na všetko, čo pri správe daní vyšlo najavo. Podľa § 24 ods. 1 zákona č. 563/2009 Z. 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Podľa § 24 ods. 2 zákona č. 563/2009 Z. z., správca dane vedie dokazovanie, pričom dbá, aby skutočnosti nevyhnutné na účely správy daní boli zistené čo najúplnejšie a nie je pritom viazaný iba návrhmi daňových subjektov. Podľa § 24 ods. 3 zákona č. 563/2009 Z. z., správca dane preukazuje skutočnosti o úkonoch vykonaných voči daňovému subjektu, ktoré sú rozhodné pre správne určenie dane. Nie je potrebné dokazovať skutočnosti všeobecne známe alebo známe správcovi dane z jeho činnosti.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Podľa § 74 ods. 2 zákona č. 563/2009 Z. z.,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Podľa § 19 ods. 1 veta prvá a druhá zákona č. 222/2004 Z. z. o dani z pridanej hodnoty (ďalej len „zákon č. 222/2004 Z. z.“), daňová povinnosť vzniká dňom dodania tovaru. Dňom dodania tovaru je deň, keď kupujúci nadobudne právo nakladať s tovarom ako vlastník. Podľa § 49 ods. 1 zákona č. 222/2004 Z. z., právo odpočítať daň z tovaru alebo zo služby vzniká platiteľovi v deň, keď pri tomto tovare alebo službe vznikla daňová povinnosť.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 z., právo na odpočítanie dane podľa § 49 môže platiteľ uplatniť, ak pri odpočítaní dane podľa § 49 ods. 2 písm. a/ má faktúru od platiteľa vyhotovenú podľa § 71. Konanie a rozhodovanie súdu o žalobe podanej proti rozhodnutiu žalovaného je konaním o preskúmanie zákonnosti rozhodnutia podľa druhej hlavy piatej časti O.s.p. a nie je pokračovaním administratívneho konania. Nie je preto úlohou súdu doplňovať vecnú, či právnu argumentáciu rozhodnutia žalovaného. Úlohou súdu je teda skúmať,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resp. v opravnom prostriedku, či uvedené procesné pochybenie správneho orgánu je takou vadou konania pred správnym orgánom, ktorá mohla mať vplyv na zákonnosť napadnutého rozhodnutia (§ 250i ods. 3 O.s.p.). Účelom dokazovania v daňovom konaní, je zistiť čo najúplnejšie skutočnosti, ktoré sú nevyhnutné pre správu daní. Na tomto základe a v zmysle § 24 ods. 2 Daňového poriadku, vedie správca dane dokazovanie, pričom nie je viazaný iba návrhmi daňových subjektov. Správca dane napriek tomu vykonáva dokazovanie v úzkej súčinnosti s daňovým subjektom. Dôkazné bremeno je však na daňovom subjekte. Podľa zákona platí, že správca dane predovšetkým preukazuje skutočnosti o úkonoch vykonaných voči daňovému subjektu, ktoré sú rozhodné pre správne určenie dane (§ 24 ods. 3 Daňového poriadku). Krajský súd v Košiciach po oboznámení sa s administratívnymi spismi žalovaného a správneho orgánu prvého stupňa k jednotlivým žalobným námietkam uvádza nasledovné: K žalobnej námietke, že uplatnenie odpočtu DPH je viazané len na splnenie jedinej formálnej podmienky, ktorou je riadne vystavená faktúra s poukazom na zákon o DPH, smernice, ako aj rozhodnutí Súdneho dvora je potrebné uviesť, že podmienky uvedené v § 49 ods. 1 a 2 písm. a/ a § 51 ods. 1 písm. a/ zákona o DPH sú hmotnoprávnej povahy a na ich bezpodmienečné splnenie sa viaže nárok na odpočet. Naopak, zákonodarca požaduje (pre ľahkú zneužiteľnosť), aby platiteľ, ktorý nárok na odpočet uplatňuje, preukázal existenciu podmienok, ktoré pre nárok na odpočet stanovil zákon. Pokiaľ si platiteľ uplatňuje nárok na odpočítanie dane z dodávateľskej faktúry, musí byť schopný sám preukázať, že zdaniteľné obchody boli reálne uskutočnené. V danom prípade nepostačuje, pokiaľ si platiteľ uplatňuje nárok na odpočítanie dane z dodávateľskej faktúry, iba predložením účtovných dokladov a zmlúv, pretože uskutočnenie zdaniteľného plnenia je potrebné preukázať nielen po formálnej, ale aj po obsahovej stránke. K tejto námietke dáva žalobcovi súd do pozornosti, že v zmysle § 24 ods. 1 písm. a/ zákona o správe daní, dôkazné bremeno je na strane daňového subjektu. V daňovom konaní je povinnosťou daňového subjektu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DPH. Žalobca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predpokladanej daňovej kontrole, že k zdaniteľnému plneniu skutočne došlo a taktiež musí vedieť preukázať, že kto uvedenú službu skutočne aj reálne poskytol. V predmetnej veci na preverenie oprávnenosti odpočítania dane spoločnosti Kláštorná s.r.o. z faktúr na dodanie masívnych dubových podláh od dodávateľa Ekosad, spol. s r.o. zaslal Daňový úrad Martin dožiadanie č. 9514401/5/3695787/2012/Maj zo dňa 11.12.2012 na Daňový úrad Bratislava. Z odpovede Daňového úradu Bratislava na dožiadanie vyplýva, že vykonával v spoločnosti Ekosad, spol. s r.o. daňové kontroly, pri ktorých bolo zistené, že Ekosad, spol. s r.o. neuskutočnili zdaniteľné obchody, na základe ktorých by mu vznikla daňová povinnosť podľa § 19 ods. 1 zákona o DPH, vznikla mu iba povinnosť platiť daň v zmysle § 71 ods. 6 zákona o DPH z vyhotovených faktúr, ktoré predložil k výkonu daňových kontrol, a teda aj z faktúr vyhotovených pre spoločnosť Kláštorná s.r.o.. Zo zistení Daňového úradu Bratislava vyplýva, že aj faktúry, ktoré boli vyhotovené pre spoločnosť Kláštorná s.r.o. v zdaňovacom období jún 2010, boli iba faktúrami za fiktívne zdaniteľné obchody. Dňa 12.07.2012 zaslal správca dane Daňový úrad Žilina, pobočka Martin, daňovému subjektu Kláštorná s.r.o. výzvu na predloženie dôkazov č. 9514401/5/1695972/2012/Cab2 zo dňa 12.07.2012, v ktorej ho vyzval na predloženie relevantných dôkazov a s nimi súvisiacich dokladov a písomností preukazujúce, že sa obchody s masívnou dubovou podlahou, ktoré daňový subjekt deklaroval v daňových priznaniach DPH za zdaňovacie obdobie február až júl 2010 reálne uskutočnili. V nadväznosti na výzvu sa dňa 01.08.2012 dostavil na Daňový úrad Žilina, pobočka Martin, splnomocnený zástupca spoločnosti Kláštorná s.r.o. H.. Q. P., ktorý predložil správcovi dane písomné vyjadrenie k výzve, z ktorého vyplýva, že všetky relevantné dôkazy a doklady boli odovzdané dňa 02.03.2012 Prezídiu Policajného zboru, Úrad boja proti organizovanej kriminalite, odbor Východ, ul. Rastislavova č. 69, Košice a ďalšími dôkazmi spoločnosť Kláštorná s.r.o. nedisponuje. Zo zápisnice o vydaní veci ČVS: PPZ-203/BOK-VY-2011 zo dňa 02.03.2012 spísanej na Prezídiu Policajného zboru, Úradu boja proti organizovanej kriminalite, odbor Východ, Košice, vyplýva, že spoločnosťou Kláštorná s.r.o. boli vydané účtovné doklady spoločnosti za obdobie od 01.01. až 31.12.2010 a to došlé faktúry (nákup) od Ekosad, spol. s r.o. Bratislava, vyšle faktúry (predaj) SIA AMG EKSPORTS Jurmala - LATVIA a ďalšie listinné materiály, a to výpisy z evidencie došlých faktúr, podklady k dani z pridanej hodnoty za obdobie február až júl 2010, výpis z knihy vyšlých faktúr za obdobie 01.01.2010 - 31.12.2010, kúpna zmluva č. 01-EKO-KLS, zo dňa 15.02.2010 uzavretá medzi kupujúcim Kláštorná s.r.o. a predávajúcim Ekosad, spol. s r.o. a zmluvy v anglickom jazyku „I. Contractual parties“ zo dňa 22.02.2010 uzavretá medzi kupujúcim - SIA „AMG EKSPORTS“ Kapu iela 43, Jurmala, Latvia a predávajúcim - Kláštorná s.r.o.. Žiadne iné dôkazy daňový subjekt Kláštorná s.r.o. Prezídiu Policajného zboru, Úradu boja proti organizovanej kriminalite, odbor Východ, Košice, neodovzdal. Správny orgán prvého stupňa tieto doklady vyhodnotil tak, že nie je ich možné považovať za dôkaz, nakoľko neboli podložené žiadnym relevantným dôkazom preukazujúcim, že to, čo je formálne deklarované na faktúrach sa reálne uskutočnilo. Mal za to, že vystavenie faktúry samo o sebe nepreukazuje, že sa obchod zrealizoval, nakoľko akýkoľvek listinný dôkaz nie je bez ďalšieho dôkazom o tom, že sa zdaniteľný obchod uskutočnil. Poukázal na to, že technicky je možné vyhotoviť akýkoľvek doklad znejúci na určitý zdaniteľný obchod bez ohľadu na to, či bol tento obchod skutočne zrealizovaný. Takýmto dokladom je len vtedy, ak bol vystavený na základe skutočnej realizácie zdaniteľného obchodu. Na základe šetrení a získaných dôkazov správca dane spochybnil reálnosť dodania fakturovaného tovaru - masívnej dubovej podlahy pre spoločnosť Kláštorná s.r.o.. Dospel k záveru, že nakoľko uskutočnenie zdaniteľného obchodu spoločnosťou Ekosad, spol. s.r.o. a tým vznik daňovej povinnosti v zmysle § 19 ods. 1 zákona o DPH nebol u dodávateľa tovaru - masívnej dubovej podlahy preukázaný, nevznikol odberateľovi fakturovaného tovaru spoločnosti Kláštorná s.r.o. nárok na odpočítanie dane v zmysle § 49 ods. 1 zákona o DPH. Z vyššie uvedeného vyplýva, že žalobca pokiaľ si uplatnil nárok na odpočet DPH z dodávateľských faktúr, preukazoval uskutočnenie zdaniteľného plnenia len po formálnej stránke, a to predložením účtovných dokladov a zmlúv, avšak v rámci svojho dôkazného bremena vyplývajúceho z ustanovenia § 24 ods. 1 písm. a/ zákona o správe daní nepreukázal uskutočnenie zdaniteľného plnenia aj po obsahovej stránke, t.j. že zdaniteľné obchody boli reálne uskutočnené. Z uvedeného dôvodu považuje súd žalobnú námietku s poukazom na zákon o DPH a smernice, že uplatnenie odpočtu DPH je viazané len na splnenie jedinej formálnej podmienky, ktorou je riadne vystavená faktúra za neopodstatnenú. Keďže ako už bolo vyššie uvedené, správny orgán prvého stupňa a žalovaný vo svojich rozhodnutiach odôvodnili, na základe akých dôkazov dospeli k záveru, že uskutočnenie dodania fakturovaného tovaru - masívnej dubovej podlahy spoločnosťou Ekosad, spol. s r.o. žalobcovi nebolo preukázané a tým žalobcovi nevznikol nárok na odpočítanie dane v zmysle § 49 ods. 1 zákona o DPH, preto považuje súd za neopodstatnenú aj žalobnú námietku, že správca dane v rozhodnutí o vyrubení rozdielu dane ani v rozhodnutí o odvolaní neuvádza dôvod, pre ktorý považuje zdaniteľné obchody uskutočnené spoločnosťou Ekosad, spol. s r.o., za nereálne. K žalobnej námietke, že správca dane v jeho rozhodnutí uviedol, že spoločnosť Kláštorná s.r.o. sa zúčastnila na fiktívnom obchode a osobou, ktorá za Kláštornú s.r.o. v týchto obchodoch vystupovala je p. Maroš Škorec, člen dozornej rady spoločnosti, pričom rozhodnutie o vyrubení rozdielu dane neobsahuje obsah jeho výpovede, je potrebné uviesť, že z rozhodnutia správcu dane ani z protokolu o daňovej kontrole nevyplýva a správca dane neoznačil žiadny dôkaz, ktorý by preukazoval, že spoločnosť Kláštorná s.r.o. sa vedome a úmyselne zúčastnila na fiktívnych obchodoch. K osobe p. Q. Š. iba konštatoval, že má k dispozícii výpoveď svedka zo dňa 10.11.2011 a zo dňa 22.12.2011 vyhotovenú v trestnom konaní, podľa ktorého osobou spolupracujúcou so skupinou obchodujúcou fiktívne s masívnymi dubovými podlahami bola menovaná osoba. Zároveň je potrebné uviesť, že nešlo o dôkaz, ktorý bol hlavným podkladom pre rozhodnutie správcu dane, a z ktorého správca dane pri svojom rozhodovaní vychádzal, a teda nešlo o takú vadu, ktorá by mohla mať vplyv na zákonnosť napadnutého rozhodnutia (§ 250i ods. 3 O.s.p.). Z uvedených dôvodov preto považuje súd za neopodstatnenú vyššie uvedenú námietku žalobcu, pokiaľ v tomto smere poukázal aj na rozsudok Súdneho dvora EÚ v spojených veciach Mahagében Kft (C-80/11) a Péter Dávid (C-142/11), ktorého predmetom bolo posúdenie predbežných otázok podaných súdnymi orgánmi Maďarska, okrem iného aj vo veciach odpočtu DPH a podmienok jeho poskytnutia. Pokiaľ žalobca preukazoval nákup a predaj predmetného tovaru výpoveďou svedka V. B., k tomu je potrebné uviesť, že zo zápisnice o ústnom pojednávaní č. 9514401/5/674288/2013/Cab2 zo dňa 19.02.2013 vyplýva, že uvedený svedok v období február 2010 až júl 2010 bol zamestnaný v spoločnosti Západoslovenské Žriedla a.s., pričom pre žalobcu vykonával tieto isté činnosti, ako pre Západoslovenské Žriedla a.s. a živnostenské oprávnenie nemal. Na ústnom pojednávaní dňa 19.02.2013 nevedel konkrétne preukázať dodanie masívnej dubovej podlahy spoločnosťou Ekosad, spol. s r.o. žalobcovi, jeho výpovede boli nejednoznačné, a preto tento dôkaz nemohol byť vyhodnotený ako dôkaz, ktorý by potvrdil, že tovar bol skutočne fyzicky dodaný spoločnosťou Ekosad, spol. s r.o. žalobcovi. Výpoveď svedka V. B. taktiež nepreukázala predaj tovaru spoločnosti OMEGA - Hua, Belterulet 1810/15, Maďarsko, ktorý sa k uvedenému predaju vyjadril len v tom smere, že po doručení potvrdenej CMR to pre neho končilo. Keďže uskutočnenie zdaniteľného obchodu spoločnosťou Ekosad, spol. s r.o. a tým aj vznik daňovej povinnosti v zmysle § 19 ods. 1 zákona o DPH nebol u dodávateľa tovaru - masívnej dubovej podlahy preukázaný, nevznikol odberateľovi fakturovaného tovaru, teda žalobcovi nárok na odpočítanie dane v zmysle § 49 ods. 1 zákona o DPH. Z uvedených dôvodov, preto pokiaľ aj žalobca namietal, že nakúpený tovar od spoločnosti Ekosad, spol. s r.o. na základe kúpnej zmluvy uzatvorenej so spoločnosťou SIA „AMG EKSPORTS“, tento tovar uvedenej spoločnosti predával, o čom svedčia odberateľské faktúry a medzinárodný nákladný list, nemohol vzniknúť žalobcovi nárok na odpočítanie dane v zmysle § 49 ods. 1 zákona o DPH, a to z dôvodu, že nebola preukázaná reálnosť dodania fakturovaného tovaru - masívnej dubovej podlahy spoločnosťou Ekosad, spol. s r.o., u ktorej tým nevznikla daňová povinnosť v zmysle § 19 ods. 1 zákona o DPH. Keďže žalobca nenadobudol od spoločnosti Ekosad, spol. s r.o. tovar - masívne dubové podlahy, ani nemohol tieto ďalej dodávať spoločnosti OMEGA - Hua, Belterulet 1810/15, Maďarsko. Súd v konaní žalovaného a správneho orgánu prvého stupňa nezistil takú vadu, ktorá by mohla mať vplyv na zákonnosť napadnutého rozhodnutia (§ 250i ods. 3 O.s.p.), v dôsledku čoho nemožno konštatovať, že napadnuté rozhodnutie žalovaného a správneho orgánu prvého stupňa alebo ich postup nie je v súlade so zákonom. Zároveň je potrebné uviesť, že v daňovom konaní, v ktorom sa podľa zákona kladie dôraz na záujem štátu, resp. záujem verejný, na riadnom plnení daňovej povinnosti, čo je zákonom uložená a ústavne podložená, poplatková povinnosť voči štátu, platí nie len obvyklá procesná zásada voľného hodnotenia dôkazu, ale aj zásada prejednávacia. Je povinnosťou daňového subjektu preukázať všetky tvrdené skutočnosti, pričom správca dane tieto dôkazy len vykonáva. Prijaté závery správneho orgánu prvého stupňa, ako aj žalovaného, v tomto prípade možno považovať za súladné s ustálenou judikatúrou Ústavného súdu Slovenskej republiky. Pretože rozhodnutia žalovaného a správneho orgánu prvého stupňa sú v súlade s citovanými zákonnými ustanoveniami, súd žalobu podľa § 250j ods. 1 O.s.p. zamietol. Žalobca v konaní nebol úspešný, preto mu súd nepriznal právo na náhradu trov konania (§ 250k ods. 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https://www.kauzis.sk/judikatura/r/ECLI:SK:KSKE:2015:7014200211.2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