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Košice sp. zn. 6S/40/2014 z 13. 1. 2015</w:t>
      </w:r>
    </w:p>
    <w:p>
      <w:r>
        <w:t>Opravné uznesenie Krajského súdu Košice z 13. januára 2015, sp. zn. 6S/40/2014, ECLI:SK:KSKE:2015:7014200316.3</w:t>
      </w:r>
    </w:p>
    <w:p>
      <w:r>
        <w:t>Súd: Krajský súd Košice</w:t>
      </w:r>
    </w:p>
    <w:p>
      <w:r>
        <w:t>Spisová značka: 6S/40/2014</w:t>
      </w:r>
    </w:p>
    <w:p>
      <w:r>
        <w:t>ECLI: ECLI:SK:KSKE:2015:7014200316.3</w:t>
      </w:r>
    </w:p>
    <w:p>
      <w:r>
        <w:t>Dátum vydania: 13. 1. 2015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Košice Spisová značka: 6S/40/2014 Identifikačné číslo súdneho spisu: 7014200316 Dátum vydania rozhodnutia: 14. 01. 2015 Meno a priezvisko sudcu, VSÚ: JUDr. Valéria Mihalčínová ECLI: ECLI:SK:KSKE:2015:7014200316.3 Opravné uznesenie Krajský súd v Košiciach v právnej veci žalobcu: Komfort Kredit, s.r.o., so sídlom Mäsiarska 5, Košice, zastúpeného advokátom: JUDr. Ján Mikuľak, Advokátska kancelária so sídlom Františkánska 5, Košice, proti žalovanému: Okresný úrad Košice, odbor opravných prostriedkov, referát katastra nehnuteľností, Komenského 52, Košice, o p r e s k ú m a n i e zákonnosti rozhodnutia žalovaného sp. zn. OU-KE- OOP5-2014/00061/BNK, č. k.: Vo 10/2013/Bnk-10, zo dňa 10. januára 2014, takto r o z h o d o l : Opravuje rozsudok Krajského súdu v Košiciach zo dňa 25. septembra 2014 č. k.: 6S/40/2014- 47 v časti záhlavia v označení žalobcu tak, že správne má znieť: " Komfort Kredit, s.r.o., so sídlom Mäsiarska 421/5, Košice" o d ô v o d n e n i e : Najvyšší súd Slovenskej republiky zistil, že v písomnom vyhotovení rozsudku Krajského súdu v Košiciach Krajského súdu v Košiciach zo dňa 25. septembra 2014 č. k.: 6S/40/2014- 47, v časti záhlavia došlo k chybe v písaní, a to v označení žalobcu TATRA Cash, s.r.o, ktorý od 24.06.2014 zmenil obchodné meno na Komfort Kredit, s.r.o.. Podľa § 164 O. s. p. súd kedykoľvek aj bez návrhu opraví v rozsudku chyby v písaní a počítaní, ako aj iné zrejmé nesprávnosti. O návrhu na opravu súd rozhodne do 30 dní od jeho podania. O oprave vydá opravné uznesenie, ktoré doručí účastníkom. Pritom môže odložiť vykonateľnosť rozsudku na čas, kým opravné uznesenie nenadobudne právoplatnosť. Keďže sa jedná o chybu v písaní, súd v súlade s hore citovaným ustanovením vydal opravné uznesenie, ktorým odstránil chybu v správnom označení žalobcu v písomnom vyhotovení rozsudku a vykonal opravu tak, ako je uvedené vo výroku tohto uznesenia. Poučenie: Proti tomuto uzneseniu je prípustné odvolanie v lehote 15 dní odo dňa jeho doručenia na Najvyšší súd Slovenskej republiky v Bratislave, prostredníctvom Krajského súdu v Košiciach a to písomne, v dvoch vyhotoveniach. V odvolaní sa má popri všeobecných náležitostiach (§ 42 ods. 3 O. s. p.) uviesť, proti ktorému rozhodnutiu smeruje, v akom rozsahu sa napáda, v čom sa toto rozhodnutie alebo postup súdu považuje za nesprávny, a čoho sa odvolateľ domáha.</w:t>
      </w:r>
    </w:p>
    <w:p/>
    <w:p>
      <w:r>
        <w:t>Zdroj: KAUZIS.SK – https://www.kauzis.sk/judikatura/r/ECLI:SK:KSKE:2015:7014200316.3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