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2Sd/18/2014 z 8. 4. 2015</w:t>
      </w:r>
    </w:p>
    <w:p>
      <w:r>
        <w:t>Opravné uznesenie Krajského súdu Košice z 8. apríla 2015, sp. zn. 2Sd/18/2014, ECLI:SK:KSKE:2015:7014200320.3</w:t>
      </w:r>
    </w:p>
    <w:p>
      <w:r>
        <w:t>Súd: Krajský súd Košice</w:t>
      </w:r>
    </w:p>
    <w:p>
      <w:r>
        <w:t>Spisová značka: 2Sd/18/2014</w:t>
      </w:r>
    </w:p>
    <w:p>
      <w:r>
        <w:t>ECLI: ECLI:SK:KSKE:2015:7014200320.3</w:t>
      </w:r>
    </w:p>
    <w:p>
      <w:r>
        <w:t>Dátum vydania: 8. 4. 2015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2Sd/18/2014 Identifikačné číslo súdneho spisu: 7014200320 Dátum vydania rozhodnutia: 09. 04. 2015 Meno a priezvisko sudcu, VSÚ: JUDr. Eva Baranová ECLI: ECLI:SK:KSKE:2015:7014200320.3 Opravné uznesenie Krajský súd v Košiciach v právnej veci navrhovateľa N. Y., bývajúceho v Y., D. XX, proti odporcovi Sociálnej poisťovni, ústredie, Bratislava, Ul. 29. augusta č. 8, o invalidnom dôchodku, takto r o z h o d o l : Výrok rozsudku Krajského súdu v Košiciach zo dňa 25.11.2014 č.k. 2Sd/18/2014-37 v 1. odseku o p r a v u j e tak, že správne má znieť: „P o t v r d z u j e rozhodnutie odporcu zo 14.11.2013 č. XXX XXX XXXX X“. Odôvodnenie rozsudku v 1. odseku 1. vetu o p r a v u j e tak, že správne má znieť: „Odporca napadnutým rozhodnutím zo dňa 14.11.2013 podľa § 70 a § 71 zákona č. 461/2003 Z.z. o sociálnom poistení v znení neskorších predpisov (ďalej iba „zákon o sociálnom poistení“) zamietol žiadosť navrhovateľa o invalidný dôchodok zo dňa 15.10.2013“. o d ô v o d n e n i e : Rozsudkom z 25.11.2014 č.k. 2Sd/18/2014-37 Krajský súd v Košiciach potvrdil rozhodnutie odporcu, ktorým zamietol žiadosť navrhovateľa zo dňa 15.10.2013 o invalidný dôchodok. Pri vyhotovovaní rozsudku došlo k nesprávnu uvedeniu dátumu vydania preskúmavaného rozhodnutia odporcu, keď namiesto 14.11.2013 bol uvedený vo výroku aj v odôvodnení dátum 30.10.2013, hoci je zrejmé, že súd preskúmaval a rozhodoval o zákonnosti rozhodnutia odporcu, ktoré bolo vydané dňa 14.11.2013. Podľa § 164 O.s.p. súd kedykoľvek aj bez návrhu opraví v rozsudku chyby v písaní a počítaní, ako aj iné zrejmé nesprávnosti. O návrhu na opravu súd rozhodne do 30 dní od jeho podania, o oprave vydá opravné uznesenie, ktoré doručí účastníkom. Pritom môže uložiť vykonateľnosť rozsudku na čas, kým opravné uznesenie nenadobudne právoplatnosť. Pretože ide o zrejmú nesprávnosť pri vyhotovovaní rozsudku, súd vykonal opravu v zmysle citovaného uznesenia § 164 O.s.p. Poučenie: Proti tomuto rozsudku je prípustné odvolanie v lehote 15 dní odo dňa jeho doručenia na Najvyšší súd Slovenskej republiky v Bratislave, prostredníctvom Krajského súdu v Košiciach, a to písomne v dvoch vyhotoveniach. V odvolaní sa má popri všeobecných náležitostiach (§ 42 ods.3)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https://www.kauzis.sk/judikatura/r/ECLI:SK:KSKE:2015:7014200320.3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