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2Sd/21/2014 z 23. 2. 2015</w:t>
      </w:r>
    </w:p>
    <w:p>
      <w:r>
        <w:t>Rozsudok Krajského súdu Košice z 23. februára 2015, sp. zn. 2Sd/21/2014, ECLI:SK:KSKE:2015:7014200370.3</w:t>
      </w:r>
    </w:p>
    <w:p>
      <w:r>
        <w:t>Súd: Krajský súd Košice</w:t>
      </w:r>
    </w:p>
    <w:p>
      <w:r>
        <w:t>Spisová značka: 2Sd/21/2014</w:t>
      </w:r>
    </w:p>
    <w:p>
      <w:r>
        <w:t>ECLI: ECLI:SK:KSKE:2015:7014200370.3</w:t>
      </w:r>
    </w:p>
    <w:p>
      <w:r>
        <w:t>Dátum vydania: 23. 2. 2015</w:t>
      </w:r>
    </w:p>
    <w:p>
      <w:r>
        <w:t>Forma: Rozsudok</w:t>
      </w:r>
    </w:p>
    <w:p>
      <w:r>
        <w:t>Oblasť práva: Správne právo</w:t>
      </w:r>
    </w:p>
    <w:p>
      <w:pPr>
        <w:pStyle w:val="Heading2"/>
      </w:pPr>
      <w:r>
        <w:t>Text rozhodnutia</w:t>
      </w:r>
    </w:p>
    <w:p>
      <w:r>
        <w:t>Súd: Krajský súd Košice Spisová značka: 2Sd/21/2014 Identifikačné číslo súdneho spisu: 7014200370 Dátum vydania rozhodnutia: 24. 02. 2015 Meno a priezvisko sudcu, VSÚ: JUDr. Eva Baranová ECLI: ECLI:SK:KSKE:2015:7014200370.3 ROZSUDOK V MENE SLOVENSKEJ REPUBLIKY Krajský súd v Košiciach samosudkyňou JUDr. Evou Baranovou, v právnej veci navrhovateľa N. E., nar. XX.XX.XXXX, bytom J.. Č.. W. XX, N., proti odporcovi Sociálnej poisťovni, ústredie, Bratislava, Ul. 29. augusta 8, v konaní o invalidnom dôchodku, takto r o z h o d o l : P o t v r d z u j e rozhodnutie odporcu z 03.12.2013 č. XXX XXX XXXX X v spojení s rozhodnutím z 03.04.2014 č. XXX XXX XXXX X. Náhradu trov konania účastníkom n e p r i z n á v a . o d ô v o d n e n i e : Odporca napadnutým rozhodnutím zo dňa 03.12.2013 podľa § 73, § 112 ods.4 a 6 a § 82 zákona č. 461/2003 Z.z. o sociálnom poistení v znení neskorších predpisov znížil navrhovateľovi sumu invalidného dôchodku od 04.02.2014 na sumu 102,20 eur mesačne. Navrhovateľ podal návrh na preskúmanie tohto rozhodnutia, v ktorom žiadal o opätovné posúdenie zdravotného stavu. Odporca v písomnom vyjadrení k opravnému prostriedku navrhol, aby súd napadnuté rozhodnutie potvrdil ako vecne správne. Súd podľa § 250l a nasl. O.s.p. preskúmal napadnuté rozhodnutie, oboznámil sa s dávkovým spisom a zistil tento skutkový stav. Navrhovateľovi bol priznaný invalidný dôchodok od 01.01.2010 zodpovedajúci miere poklesu schopnosti vykonávať zárobkovú činnosť nad 80 %. Zdravotný stav navrhovateľa bol posúdený na základe kontrolnej lekárskej prehliadky určenej na jún 2013 dňa 11.11.2013. Podkladom pre vydanie napadnutého rozhodnutia o znížení sumy invalidného dôchodku bol posudok posudkového lekára sociálneho poistenia Sociálnej poisťovne, pobočky v Košiciach zo dňa 11.11.2013, podľa ktorého navrhovateľ je invalidný podľa § 71 ods.1 zákona č. 461/2003 Z.z. o sociálnom poistení, lebo pre dlhodobo nepriaznivý zdravotný stav má pokles schopnosti vykonávať zárobkovú činnosť v percentách nie už 80 %, ale 45 % v porovnaní so zdravou fyzickou osobou. Keďže došlo k zmene miery poklesu schopnosti vykonávať zárobkovú činnosť, napadnutým rozhodnutím z 03.12.2013 bola navrhovateľovi znížená suma invalidného dôchodku. Po podaní opravného prostriedku bol pre účely súdneho konania zdravotný stav navrhovateľa posudzovaný posudkovým lekárom sociálneho poistenia Sociálnej poisťovne, ústredie, pracovisko Košice dňa 25.02.2014 a posudkovým lekárom sociálneho poistenia Sociálnej poisťovne, ústredie, pracovisko Košice dňa 13.03.2014. Podľa posudkového lekára sociálneho poistenia Sociálnej poisťovne, ústredie rozhodujúcim zdravotným postihnutím u navrhovateľa sú choroby obehovej sústavy zaradené do kapitoly IX., oddiel A, položka 8 písm.b) prílohy č. 4 zákona o sociálnom poistení. V posudku uvádza, že navrhovateľ bol od roku 2010 uznaný invalidným s mierou poklesu schopnosti vykonávať zárobkovú činnosť v rozsahu 80 % pre stav po prekonanom infarkte s potvrdeným trojcievnym koronárnym postihnutím s následným aortokoronárnym trojnásobným bypassom, s dokumentovanou závažnou extrasystoliou Lown III.b. Operačným riešením sa jeho zdravotný stav zlepšil, následné kardiologické ambulantné nálezy dokumentujú pretrvávajúcu ischemickú chorobu srdca s prekonaným infarktom NYHA I. - II. so syndrómom AP II. Realizované ergometrické vyšetrenie dokumentuje negatívny nález v zmysle reziduálnej ischémie myocardu. Posledný kardiologický nález z kardiologického hľadiska dokumentuje klinicky stabilizovaný stav. Na základe uvedeného toto rozhodujúce zdravotné postihnutie zdôvodňuje naďalej 45 % mieru poklesu schopnosti vykonávať zárobkovú činnosť podľa kapitoly IX., oddiel A, položka 8, písmeno b), t.j. stred percentuálneho rozpätia pre prekonaný IM s prítomným ECHOKG pozitívnym nálezom segmentálnych porúch s hypokinéziou stien ĽK. Posudkovou lekárkou Sociálnej poisťovne, v Košiciach bola v odvolacom konaní dňa 25.02.2014 zvýšená miera poklesu pre rozhodujúce zdravotné postihnutie o 5 % pre novodoložený očný nález zo dňa 04.02.2014, ktorý dokumentuje praktickú slepotu pravého oka ako následok po úraze v detstve od 04.02.2014. Posudkový lekár sociálneho poistenia ústredie stanovil zvýšenie zdravotného postihnutia od 11.11.2013, pretože v zdravotnej dokumentácii sa nachádzajú staršie odborné nálezy, ktoré dokumentujú očný nález. V závere posudku uviedol, že postihnutie vyplývajúce z nedočujnosti, ktorá dokumentuje stredne ťažkú nedočujnosť je posudkovo menej významné a nezdôvodňuje u posudzovaného vyššie percento miery poklesu schopnosti vykonávať zárobkovú činnosť. Navrhovateľ je podľa posudku invalidný podľa § 71 ods.1 zákona č. 461/2003 Z.z. s mierou poklesu vykonávať zárobkovú činnosť 50 %. Rozhodnutím odporcu č. XXX XXX XXXX X zo dňa 03.04.2014 bol na poklade lekárskeho posudku posudkového lekára Sociálneho poisťovne, ústredie, pracovisko Košice zo dňa 13.03.2014 podľa § 73, § 112 ods.4 a 6 a § 82 zákona č. 461/2003 Z.z. o sociálnom poistení v znení neskorších predpisov navrhovateľovi znížený invalidný dôchodok od 04.02.2014 na sumu 111,60 eur mesačne. Týmto rozhodnutím bolo zmenené napadnuté rozhodnutie odporcu č. XXX XXX XXXX X zo dňa 03.12.2013. Navrhovateľ na pojednávaní dňa 24.02.2015 nebol prítomný. Predvolanie na pojednávanie prevzal dňa 12.02.2015 a svoju neúčasť neospravedlnil. Zástupkyňa odporcu uviedla, že sa pridržiava písomného vyjadrenia a navrhla, aby súd rozhodnutie z 03.12.2013 v spojení s rozhodnutím z 03.04.2014 vzhľadom na zmenu miery poklesu schopnosti vykonávať zárobkovú činnosť potvrdil ako vecne správne. Podľa § 70 ods.1 zákona o sociálnom poistení poistenec má nárok na invalidný dôchodok, ak sa stal invalidným, získal počet rokov dôchodkového poistenia uvedený v § 72 a ku dňu vzniku invalidity nespĺňa podmienky nároku na starobný dôchodok, alebo mu nebol priznaný predčasný starobný dôchodok. Podľa § 71 ods.1 zákona o sociálnom poistení poistenec je invalidný, ak pre dlhodobo nepriaznivý zdravotný stav má pokles schopností vykonávať zárobkovú činnosť o viac ako 40 % v porovnaní so zdravou fyzickou osobou. Dlhodobo nepriaznivý zdravotný stav je taký zdravotný stav, ktorý spôsobuje pokles schopností vykonávať zárobkovú činnosť a ktorú má podľa poznatkov lekárskej vedy trvať dlhšie ako jeden rok (§ 71 ods.2 zákona o sociálnom poistení). Pokles schopností vykonávať zárobkovú činnosť sa posudzuje porovnaním telesnej schopnosti, duševnej schopnosti a zmyslovej schopnosti poistenca s dlhodobo nepriaznivým zdravotným stavom a telesnej schopnosti, duševnej schopnosti a zmyslovej schopnosti zdravej fyzickej osoby (§ 71 ods.3 prvá veta zákona o sociálnom poistení). Pokles schopností vykonávať zárobkovú činnosť sa posudzuje na základe: a) lekárskych správ a údajov zo zdravotnej dokumentácie zdravotníckeho zariadenia a z hodnotenia liečby s určením diagnostického záveru, stabilizácie ochorenia, jeho ďalšieho vývoja, ďalšej liečby, a b) komplexne funkčných vyšetrení a ich záverov, pričom sa prihliada na zostávajúcu schopnosť vykonávať zárobkovú činnosť, zostávajúcu schopnosť prípravy na povolanie, možnosti poskytnutia pracovnej rehabilitácie alebo rekvalifikácie. Miera poklesu schopností vykonávať zárobkovú činnosť v percentách sa určuje podľa druhu zdravotného postihnutia, ktoré je rozhodujúcou príčinou dlhodobo nepriaznivého zdravotného stavu a so zreteľom na závažnosť ostatných zdravotných postihnutí (§ 71 ods.6 zákona o sociálnom poistení). Súd z obsahu spisu zistil, že posudkoví lekári sociálneho poistenia pobočky Sociálnej poisťovne v Košiciach aj Sociálnej poisťovne, ústredie, pracovisko Košice pri vyhotovovaní posudku a posudzovaní zdravotného stavu navrhovateľa vychádzali z odborných lekárskych nálezov nachádzajúcich sa v jeho zdravotnej dokumentácii. Posudkový lekár, ktorý vyhotovil posudok pre potreby súdneho konania, svoj záver o miere poklesu schopností vykonávať zárobkovú činnosť v rozsahu 50 % v porovnaní so zdravou fyzickou osobou odôvodnil tým, že u navrhovateľa na základe posledného lekárskych kardiologického nálezu ide o klinicky stabilizovaný stav zdôvodňujúci 45 % mieru poklesu schopnosti vykonávať zárobkovú činnosť, zvýšenú o 5 % na základe novodoloženého očného nálezu dokumentujúceho praktickú slepotu pravého oka. Navrhovateľ v konaní neuviedol žiadne skutočnosti, ktoré by mohli spochybniť alebo vyvrátiť posudkový záver posudkového lekára. Pretože aj po opakovanom posudzovaní zdravotného stavu navrhovateľa bolo zistené rovnako ako posudkovým lekárom sociálneho poistenia pobočky Sociálnej poisťovne v Košiciach, že miera poklesu schopností vykonávať zárobkovú činnosť je 50 %, súd napadnuté rozhodnutie odporcu podľa § 250q ods.2 O.s.p. potvrdil ako zákonné. Náhradu trov konania súd účastníkom nepriznal, pretože navrhovateľ nebol v konaní a odporcovi právo na náhradu trov zo zákona nepatrí.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a) v konaní došlo k vadám uvedeným v § 221 ods.1,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https://www.kauzis.sk/judikatura/r/ECLI:SK:KSKE:2015:7014200370.3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