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3Sd/55/2014 z 24. 2. 2015</w:t>
      </w:r>
    </w:p>
    <w:p>
      <w:r>
        <w:t>Uznesenie Krajského súdu Košice z 24. februára 2015, sp. zn. 3Sd/55/2014, ECLI:SK:KSKE:2015:7014200959.2</w:t>
      </w:r>
    </w:p>
    <w:p>
      <w:r>
        <w:t>Súd: Krajský súd Košice</w:t>
      </w:r>
    </w:p>
    <w:p>
      <w:r>
        <w:t>Spisová značka: 3Sd/55/2014</w:t>
      </w:r>
    </w:p>
    <w:p>
      <w:r>
        <w:t>ECLI: ECLI:SK:KSKE:2015:7014200959.2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3Sd/55/2014 Identifikačné číslo súdneho spisu: 7014200959 Dátum vydania rozhodnutia: 25. 02. 2015 Meno a priezvisko sudcu, VSÚ: JUDr. Valéria Mihalčínová ECLI: ECLI:SK:KSKE:2015:7014200959.2 Uznesenie Krajský súd v Košiciach v právnej veci navrhovateľky: Z. M., bytom Š. Č.. XX, XXX XX Š., zastúpená advokátom: JUDr. Rastislav Cestický, Advokátska kancelária, Štúrova č. 27, Košice, proti odporkyni: Sociálna poisťovňa, ústredie, ul. 29. augusta č. 8, 813 63 Bratislava, o i n v a l i d n ý dôchodok, takto r o z h o d o l : Konanie z a s t a v u j e. Žiaden z účastníkov n e m á právo na náhradu trov konania. o d ô v o d n e n i e : Navrhovateľka sa domáhala preskúmania rozhodnutia odporkyne zo dňa 07.07.2014 č. 915 501 9885 0, ktorým bola zamietnutá jej žiadosť o invalidný dôchodok. Na pojednávaní dňa 25.02.2015 navrhovateľka prostredníctvom právneho zástupcu vzala opravný prostriedok o preskúmanie rozhodnutia odporkyne späť. Podľa § 250d ods. 3 O. s. p. súd uznesením konanie zastaví, ak bola žaloba vzatá späť. Žalobca môže žalobu vziať späť až do rozhodnutia súdu ( § 250h ods. 2 O s. p. ). Podľa § 250l ods. 2 O. s. p. pokiaľ v tretej hlave piatej časti O. s. p. nie je ustanovené inak, použijú sa pre konanie o opravných prostriedkoch proti rozhodnutiam správnych orgánov primerane ustanovenia druhej hlavy s výnimkou § 250a O. s. p.. Pretože navrhovateľka vzala opravný prostriedok späť, bolo podľa citovaných ustanovení O. s. p. potrebné konanie zastaviť. Rozhodnutie o trovách konania sa opiera o ustanovenie § 146 ods. 1 písm. c) O. s. p. použitého v spojitosti v ustanovením § 246c a § 250l ods. 2 O. s. p.. Poučenie: Proti tomuto uzneseniu možno podať odvolanie do 15 dní odo dňa jeho doručenia na Najvyšší súd SR v Bratislave prostredníctvom Krajského súdu v Košiciach a to písomne, v dvoch vyhotoveniach.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https://www.kauzis.sk/judikatura/r/ECLI:SK:KSKE:2015:7014200959.2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