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3Sd/68/2014 z 24. 9. 2015</w:t>
      </w:r>
    </w:p>
    <w:p>
      <w:r>
        <w:t>Uznesenie Krajského súdu Košice z 24. septembra 2015, sp. zn. 3Sd/68/2014, ECLI:SK:KSKE:2015:7014201220.2</w:t>
      </w:r>
    </w:p>
    <w:p>
      <w:r>
        <w:t>Súd: Krajský súd Košice</w:t>
      </w:r>
    </w:p>
    <w:p>
      <w:r>
        <w:t>Spisová značka: 3Sd/68/2014</w:t>
      </w:r>
    </w:p>
    <w:p>
      <w:r>
        <w:t>ECLI: ECLI:SK:KSKE:2015:7014201220.2</w:t>
      </w:r>
    </w:p>
    <w:p>
      <w:r>
        <w:t>Dátum vydania: 24.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3Sd/68/2014 Identifikačné číslo súdneho spisu: 7014201220 Dátum vydania rozhodnutia: 25. 09. 2015 Meno a priezvisko sudcu, VSÚ: JUDr. Valéria Mihalčínová ECLI: ECLI:SK:KSKE:2015:7014201220.2 Uznesenie Krajský súd v Košiciach v právnej veci navrhovateľa: N. Y., bytom W. XX, XXX XX S., proti odporkyni: Sociálna poisťovňa, ústredie, Bratislava, ul. 29. augusta č. 8, 813 63 Bratislava, v konaní o i n v a l i d n ý dôchodok, takto r o z h o d o l : Konanie z a s t a v u j e. Žiaden z účastníkov n e m á právo na náhradu trov konania. o d ô v o d n e n i e : Navrhovateľ sa domáhal preskúmania zákonnosti rozhodnutia odporkyne zo dňa 29. júla 2014 číslo: XXX XXX XXXX X, ktorým bola a jeho žiadosť o invalidný dôchodok podľa § 70 zákona č. 461/2003 Z. z. v platnom znení zamietnutá. Proti uvedenému rozhodnutiu podal opravný prostriedok navrhovateľ, v ktorom poukázal na svoj nepriaznivý zdravotný stav, ktorý mu nedovoľuje sa zamestnať. Po podaní opravného prostriedku zdravotný stav navrhovateľa posúdila posudková lekárka Sociálnej poisťovne, ústredie, vysunuté pracovisko Prešov dňa 15.07.2015 a v závere posudku uviedla, že navrhovateľ je od 08.05.2015 podľa § 71 zákona č. 461/2003 Z. z. invalidný s mierou poklesu schopnosti vykonávať zárobkovú činnosť v percentách - 45 %. Na základe opätovného posúdenia zdravotného stavu navrhovateľa odporkyňa rozhodnutím z 12.08.2015 č. XXX XXX XXXX X zrušila rozhodnutie z 29.07.2014 č. XXX XXX XXXX X a vydala nové rozhodnutie dňa 10.08.2015 č. XXX XXX XXXX X, ktorým podľa § 70 ods. 1 a § 82 zákona č. 461/2003 Z. z. mu od 08.05.2015 priznala invalidný dôchodok mesačne v sume 174,10 Eur. Navrhovateľ listom doručeným krajskému súdu 18.09.2015 oznámil, že s rozhodnutím o priznaní invalidného dôchodku 174,10 Eur je spokojný a odvolávať sa nebude. Podľa § 250o O. s. p., ak správny orgán, ktorého súd rozhodnutie preskúmava vydá nové rozhodnutie, ktorým návrhu v celkom v y h o v i e, súd uznesením konanie zastaví. Vzhľadom na to, že v danom prípade, vychádzajúc z vyššie uvedených skutočností sú splnené všetky podmienky uvedené v citovanom zákonnom ustanovení, považoval súd za potrebné rozhodnúť tak, ako je to uvedené vo výrokovej časti tohto uznesenia. Súd rozhodol o trovách konania podľa ustanovenia § 146 ods. 1 písm. c) O. s. p. s použitím § 246c a § 250l ods. 2 O. s. p., v zmysle ktorých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https://www.kauzis.sk/judikatura/r/ECLI:SK:KSKE:2015:7014201220.2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