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5Saz/55/2014 z 19. 1. 2015</w:t>
      </w:r>
    </w:p>
    <w:p>
      <w:r>
        <w:t>Uznesenie Krajského súdu Košice z 19. januára 2015, sp. zn. 5Saz/55/2014, ECLI:SK:KSKE:2015:7014201487.2</w:t>
      </w:r>
    </w:p>
    <w:p>
      <w:r>
        <w:t>Súd: Krajský súd Košice</w:t>
      </w:r>
    </w:p>
    <w:p>
      <w:r>
        <w:t>Spisová značka: 5Saz/55/2014</w:t>
      </w:r>
    </w:p>
    <w:p>
      <w:r>
        <w:t>ECLI: ECLI:SK:KSKE:2015:7014201487.2</w:t>
      </w:r>
    </w:p>
    <w:p>
      <w:r>
        <w:t>Dátum vydania: 19.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5Saz/55/2014 Identifikačné číslo súdneho spisu: 7014201487 Dátum vydania rozhodnutia: 20. 01. 2015 Meno a priezvisko sudcu, VSÚ: JUDr. Eva Styková ECLI: ECLI:SK:KSKE:2015:7014201487.2 Uznesenie Krajský súd v Košiciach v právnej veci navrhovateľa: P. Y. O., A.. XX.XX.XXXX, Š. F. W. Ľ. H., zastúpeného Martinom Škamlom, advokátom, Advokátska kancelária Škamla, s.r.o., Makovického 15, Žilina, proti odporcovi: Ministerstvo vnútra Slovenskej republiky, Migračný úrad, Pivonková č. 6, Bratislava, o preskúmanie rozhodnutia odporcu ČAS: MU-240-33/PO-Ž-2014 zo dňa 04.11.2014, takto r o z h o d o l : Konanie o opravnom prostriedku navrhovateľa zo dňa 08.12.2014 z a s t a v u j e. Žiaden z účastníkov n e m á právo na náhradu trov konania. o d ô v o d n e n i e : Krajskému súdu v Košiciach bol dňa 15.12.2014 doručený opravný prostriedok na preskúmanie rozhodnutia a postupu Ministerstva vnútra Slovenskej republiky, Migračného úradu ČAS: MU-240-33/ PO-Ž-2014 zo dňa 04.11.2014, ktorým navrhovateľovi nebol udelený azyl na území a nebola poskytnutá doplnková ochrana na území Slovenskej republiky. Na základe tohto opravného prostriedku sa na Krajskom súde v Košiciach začalo konanie, vedené pod spisovou značnou 5Saz/55/2014. Dňa 03.12.2014 bol Krajskému súdu v Košiciach doručený opravný prostriedok navrhovateľa, P. Y. O., proti rozhodnutiu odporcu ČAS: MU-240-33/PO-Ž-2014 zo dňa 04.11.2014. Na základe tohto opravného prostriedku sa na Krajskom súde v Košiciach začalo konanie, vedené pod spisovou značkou 5Saz/53/2014. Podľa ustanovenia § 83 O. s. p. začatie konania bráni tomu, aby o tej istej veci prebiehalo na súde iné konanie. Citované ustanovenie vyjadruje prekážku súdneho konania - prekážka začatej veci (litispendencia), ktorá bráni tomu, aby prebiehalo na súde iné konanie v tej istej veci. Táto prekážka vzniká vtedy, ak na ktoromkoľvek súde v Slovenskej republike je začaté konanie, ktoré má rovnakých účastníkov, rovnaký predmet konania a rovnaké skutkové okolnosti, od ktorých sa odvodzuje právo. V konaní podľa ustanovenia § 244 a nasl. a § 250l O. s. p. ide o totožný predmet rozhodovania vtedy, keď opravný prostriedok smeruje proti tomu istému rozhodnutiu a postupu, ktoré je už súdom preskúmavané na návrh toho istého účastníka konania. Podľa ustanovenia § 246c O. s. p. pre riešenie otázok, ktoré nie sú priamo upravené v tejto časti, sa použijú primerane ustanovenia prvej, tretej a štvrtej časti tohto zákona. Podľa ustanovenia § 103 O. s. p. kedykoľvek za konania prihliada súd na to, či sú splnené podmienky, za ktorých môže konať vo veci (podmienky konania). Podľa ustanovenia § 104 ods. 1 veta prvá O. s. p. ak ide o taký nedostatok podmienky konania, ktorý nemožno odstrániť, súd konanie zastaví. Poukazujúc na citované zákonné ustanovenia súd zistil, že na Krajskom súde v Košiciach prebiehajú dve konania o tej istej veci. V konaniach č. 5Saz/53/2014 a 5Saz/55/2014 sa navrhovateľ P. Y. O. domáha preskúmania rozhodnutia odporcu Ministerstva vnútra Slovenskej republiky, Migračného úradu ČAS: MU-240-33/PO-Ž-2014 zo dňa 04.11.2014, ktorým navrhovateľovi nebol udelený azyl na území Slovenskej republiky a nebola poskytnutá doplnková ochrana na území Slovenskej republiky. Pretože prekážka začatej veci (litispendencia) patrí medzi podmienky konania, ktorých nedostatok nemožno odstrániť, súd konanie zastavil. Rozhodnutie o trovách konania sa opiera o ustanovenie § 146 ods. 1 písm. c/ O. s. p., podľa ktorého žiaden z účastníkov konania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nesprávny, čoho sa odvolateľ domáha.</w:t>
      </w:r>
    </w:p>
    <w:p/>
    <w:p>
      <w:r>
        <w:t>Zdroj: KAUZIS.SK – https://www.kauzis.sk/judikatura/r/ECLI:SK:KSKE:2015:7014201487.2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