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10Sd/14/2014 z 8. 6. 2015</w:t>
      </w:r>
    </w:p>
    <w:p>
      <w:r>
        <w:t>Opravné uznesenie Krajského súdu Košice z 8. júna 2015, sp. zn. 10Sd/14/2014, ECLI:SK:KSKE:2015:7014201532.2</w:t>
      </w:r>
    </w:p>
    <w:p>
      <w:r>
        <w:t>Súd: Krajský súd Košice</w:t>
      </w:r>
    </w:p>
    <w:p>
      <w:r>
        <w:t>Spisová značka: 10Sd/14/2014</w:t>
      </w:r>
    </w:p>
    <w:p>
      <w:r>
        <w:t>ECLI: ECLI:SK:KSKE:2015:7014201532.2</w:t>
      </w:r>
    </w:p>
    <w:p>
      <w:r>
        <w:t>Dátum vydania: 8. 6.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10Sd/14/2014 Identifikačné číslo súdneho spisu: 7014201532 Dátum vydania rozhodnutia: 09. 06. 2015 Meno a priezvisko sudcu, VSÚ: JUDr. Miroslava Klimová ECLI: ECLI:SK:KSKE:2015:7014201532.2 Opravné uznesenie Krajský súd v Košiciach v právnej veci navrhovateľa V. N. - B., bytom Y. Č.. XX, proti odporkyni Sociálna poisťovňa, ústredie, Ul. 29. augusta č. 8, Bratislava, o invalidný dôchodok takto r o z h o d o l : Opravuje rozsudok Krajského súdu v Košiciach č.k. 10Sd/14/2014-22 zo dňa 09.03.2015 v prvom výroku, ktorý má znieť: P o t v r d z u j e rozhodnutie odporkyne zo dňa 28.04.2014 č. XXXXXX XXXX X. o d ô v o d n e n i e : Krajský súd v Košiciach vydal dňa 09.03.2015 rozsudok č.k. 10Sd/14/2014-22, ktorým potvrdil rozhodnutie odporkyne zo dňa 28.04.2014 č. XXX XXX XXXX X a navrhovateľovi nepriznal právo na náhradu trov konania.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Pretože v rovnopise rozsudku došlo k chybe v písaní, keď v jeho prvom výroku bol nesprávne uvedený dátum napadnutého rozhodnutia odporkyne - 08.04.2014, pričom správne má byť 28.04.2014, súd v zmysle § 164 O.s.p. vykonal opravu tak, ako je to uvedené vo výroku tohto uznesenia. Poučenie: Proti tomuto uzneseniu je prípustné odvolanie do 15 dní odo dňa jeho doručenia na Krajský súd v Košiciach (§ 374 ods. 4 O.s.p.), a to písomne v dvoch vyhotoveniach. Odvolanie má obsahovať popri všeobecných náležitostiach podľa ust. § 42 ods. 3 O.s.p., údaje v zmysle ust. § 205 ods. 1 O.s.p., t. j. proti ktorému rozhodnutiu odvolanie smeruje, v akom rozsahu sa rozhodnutie alebo postup súdu považuje za nesprávny a čoho sa odvolateľ domáha.</w:t>
      </w:r>
    </w:p>
    <w:p/>
    <w:p>
      <w:r>
        <w:t>Zdroj: KAUZIS.SK – https://www.kauzis.sk/judikatura/r/ECLI:SK:KSKE:2015:7014201532.2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