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2Sp/60/2014 z 7. 12. 2015</w:t>
      </w:r>
    </w:p>
    <w:p>
      <w:r>
        <w:t>Rozsudok Krajského súdu Košice z 7. decembra 2015, sp. zn. 2Sp/60/2014, ECLI:SK:KSKE:2015:7014201540.3</w:t>
      </w:r>
    </w:p>
    <w:p>
      <w:r>
        <w:t>Súd: Krajský súd Košice</w:t>
      </w:r>
    </w:p>
    <w:p>
      <w:r>
        <w:t>Spisová značka: 2Sp/60/2014</w:t>
      </w:r>
    </w:p>
    <w:p>
      <w:r>
        <w:t>ECLI: ECLI:SK:KSKE:2015:7014201540.3</w:t>
      </w:r>
    </w:p>
    <w:p>
      <w:r>
        <w:t>Dátum vydania: 7. 12. 2015</w:t>
      </w:r>
    </w:p>
    <w:p>
      <w:r>
        <w:t>Forma: Rozsudok</w:t>
      </w:r>
    </w:p>
    <w:p>
      <w:r>
        <w:t>Oblasť práva: Správne právo</w:t>
      </w:r>
    </w:p>
    <w:p>
      <w:pPr>
        <w:pStyle w:val="Heading2"/>
      </w:pPr>
      <w:r>
        <w:t>Text rozhodnutia</w:t>
      </w:r>
    </w:p>
    <w:p>
      <w:r>
        <w:t>Súd: Krajský súd Košice Spisová značka: 2Sp/60/2014 Identifikačné číslo súdneho spisu: 7014201540 Dátum vydania rozhodnutia: 08. 12. 2015 Meno a priezvisko sudcu, VSÚ: JUDr. Eva Baranová ECLI: ECLI:SK:KSKE:2015:7014201540.3 ROZSUDOK V MENE SLOVENSKEJ REPUBLIKY Krajský súd v Košiciach samosudkyňou JUDr. Evou Baranovou v právnej veci navrhovateľa POHOTOVOSŤ, s.r.o., IČO: 35 807 598, so sídlom v Bratislave, Pribinova 25, zast. konateľom Ľubomírom Balogom, proti odporcovi Okresný úrad Rožňava, katastrálny odbor, so sídlom v Rožňave, Jarná 2, za účasti J. A., bytom Č.J. XXXX/XX, N., zastúpená opatrovníčkou Mgr. Adrianou Pečeňákovou, vyššou súdnou úradníčkou Okresného súdu v Rožňave, v konaní o preskúmanie rozhodnutia odporcu č. OU-RV-KO2-2014/V 2123-Ge zo dňa 30.10.2014, takto r o z h o d o l : P o t v r d z u j e rozhodnutie odporcu z 30.10.2014 č. OU-RV-KO2-2014/V 2123-Ge. Náhradu trov konania účastníkom n e p r i z n á v a. Navrhovateľ je povinný zaplatiť na účet Slovenskej pošty, a.s. Banská Bystrica č. účtu SK36 6500 0000 0000 2054 5761 (BBAN: 20545761/6500), vedený v peňažnom ústave Poštová banka, a.s. Bratislava, súdny poplatok 35,-- eur do troch dní od právoplatnosti rozsudku. o d ô v o d n e n i e : Odporca rozhodnutím č. OU-RV-KO2-2014/V 2123-Ge zo dňa 30.10.2014 podľa § 31 ods.3 zákona č. 162/1995 Z.z. o katastri nehnuteľností a o zápise vlastníckych a iných práv k nehnuteľnostiam v znení neskorších predpisov (katastrálny zákon) zamietol návrh na vklad záložného práva do katastra nehnuteľností podľa Zmluvy o zriadení záložného práva č. 331/2014 - PTR uzavretej dňa 25.07.2014 medzi navrhovateľom ako záložným veriteľom a J. A., bytom Č. XXXX/XX, N., ako záložcom, zastúpenou na základe Dohody o splnomocnení uzavretej splnomocnencom ProHelp - združenie občianskoprávnej pomoci, so sídlom Povraznícka 18, Bratislava (ďalej len „záložná zmluva“). Predmetnou záložnou zmluvou záložca dáva do zálohu nehnuteľnosti záložcu nachádzajúce sa v katastrálnom území N., evidované na liste vlastníctva č. XXXX, v podielovom spoluvlastníctve záložcu v podiele 3/132 a 36/1320. Odporca v odôvodnení napadnutého rozhodnutia ďalej uviedol, že preskúmal návrh na vklad práva k nehnuteľnosti do katastra nehnuteľnosti, ako aj jeho prílohy a zistil, že navrhovateľ a účastníčka konania J. A. uzavreli Zmluvu o úvere č. 702701741 zo dňa 28.09.2012 a Zmluvu o úvere č. 702701869 zo dňa 19.12.2012, na základe ktorých poskytol veriteľ - navrhovateľ dlžníčke J. A. finančné prostriedky vo forme úveru. Odporca v zmysle § 31 ods.1 katastrálneho zákona preskúmal platnosť zmluvy a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Odporca zistil, že zmluvu o zriadení záložného práva uzatvoril zástupca na základe zmluvného zastúpenia (dohoda o plnomocenstve zo dňa 28.09.2012 a zo dňa 19.12.2012) a skúmal, či došlo k vzniku zmluvného zastúpenia v súlade so zákonom. Dospel k záveru, že právne úkony, ktorými bolo udelené plnomocenstvá, sú absolútne neplatnými právnymi úkonmi, nakoľko tu absentuje sloboda vôle prejavenej v súvislosti s urobením právneho úkonu. V závere odporca konštatoval, že absolútnej neplatnosti dohody o splnomocnení vyplýva absolútna neplatnosť zmluvy o zriadení záložného práva, čo predstavuje zákonom definovaný dôvod, na ktorý je odporca povinný prihliadať z úradnej povinnosti a po naplnení skutkovej podstaty je povinný vydať rozhodnutie, ktorým sa návrh na vklad záložného práva do katastra nehnuteľností zamieta. Proti tomuto rozhodnutiu navrhovateľ včas podal opravný prostriedok zo dňa 05.11.2014, v ktorom žiada zrušiť preskúmavané rozhodnutie odporcu a vrátiť mu vec na ďalšie konanie. Predmetom dohody o splnomocnení je podľa navrhovateľa bezplatné zastupovanie splnomocniteľa splnomocnencom a je udelené za účelom naplnenia a hájenia záujmov splnomocniteľa. Navrhovateľ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Ďalej uviedol, že nemôže súhlasiť s tým, že navrhovateľ vopred určil osobu, ktorá bude oprávnená za dlžníka konať a dlžník nemal možnosť sa sám rozhodnúť, kto ho bude zastupovať. Uviedol, že pochybnosť o objektivite zastupovania zo strany splnomocnenca nie je z hľadiska aplikácie § 22 ods.2 Občianskeho zákonníka dostatočná, nakoľko medzi záujmami zástupcu a zastúpeného musí existovať reálny rozpor. Je zrejmé, že predložené plnomocenstvo je samostatným dvojstranným právnym úkonom uzavretým medzi dlžníkom a jeho zástupcom, ktorý je úplne nezávislým od veriteľa a jeho zmluvnej dokumentácie. Odporca ďalej namietal, že správny orgán sa v odôvodnení napadnutého rozhodnutia obmedzil len na konštatovanie, že záložca nemohol ovplyvniť výber splnomocnenca. Takáto správna úvaha podľa názoru odporcu nespĺňa základné kritériá odôvodnenia rozhodnutia správneho orgánu podľa ustanovenia § 47 odsek 3 Správneho poriadku. Odôvodnenie napadnutého rozhodnutia navrhovateľ považoval za nepreskúmateľné pre nedostatok dôvodov, pretože nevedno, či odporca vidí rozpor s dobrými mravmi v poskytnutí úveru alebo v poplatku alebo v úroku z omeškania. Navyše, odporca neuviedol, prečo uprednostnil aplikáciu § 39 Občianskeho zákonníka o absolútnej neplatnosti právneho úkonu pre rozpor s dobrými mravmi pred § 265 Obchodného zákonníka o nepriznaní práva pre jeho výkon s pravidlami poctivého obchodného styku. Zmluva o úvere je v zmysle § 261 ods.6 Obchodného zákonníka absolútnym obchodom a teda špeciálna právna norma obsiahnutá v Obchodnom zákonníku má prednosť pred aplikáciou Občianskeho zákonníka. Podľa názoru navrhovateľa odporca prekročil rámec svojich kompetencií vyplývajúcich z § 31 ods.1 katastrálneho zákona, keď skúmal rozpor predmetnej zmluvy o úvere s dobrými mravmi. Táto právomoc prináleží príslušnému súdu v rámci občianskeho súdneho konania.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k návrhu zo dňa 23.12.2014 zotrval na dôvodoch uvedených v preskúmavanom rozhodnutí v celom rozsahu a navrhol rozhodnutie potvrdiť. Súd v konaní podľa § 250l a nasl. O.s.p. preskúmal napadnuté rozhodnutie odporcu, oboznámil sa s jeho administratívnym spisom a dospel k záveru, že návrh navrhovateľa nie je dôvodný. Na pojednávanie súdu dňa 08.12.2015 sa nedostavili účastníci a opatrovníčka účastníčky konania. Navrhovateľ svoju neúčasť ospravedlnil podaním z 02.12.2015 a opatrovníčka podaním z 25.11.2015. Odporca svoju neúčasť neospravedlnil, predvolanie na pojednávanie prevzal dňa 26.11.2015. Súd v súlade s § 250g ods.2 O.s.p. aplikovaným na základe § 250l ods.2 O.s.p. prejednal vec v neprítomnosti účastníkov konania. Z administratívneho spisu súd zistil, že navrhovateľ ako veriteľ uzavrel s dlžníčkou J. A. Zmluvu o úvere č. 702701741 zo dňa 28.09.2012 najmä na zabezpečenie istiny vo výške 300,-- eur a Zmluvu o úvere č. 702701869 zo dňa 19.12.2012 najmä na zabezpečenie istiny vo výške 300,-- eur spolu s jej príslušenstvom, úrokov z omeškania, poplatkov a ostatných pohľadávok a zmluvných pokút vyplývajúcich zo zmluvy o úvere, ako aj ostatných celkových nákladov v zmysle platných všeobecných podmienok, od omeškania až do zaplatenia. Dlžníčka zároveň dohodou o splnomocnení zo dňa 28.09.2012 splnomocnila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č. 702701741 zo dňa 28.09.2012 a dohodou o splnomocnení zo dňa 19.12.2012 splnomocnila v rovnakom rozsahu združenie ProHelp pre účely zabezpečenia splnenia splnomocniteľovho záväzku zo Zmluvy o úvere č. 702701869 zo dňa 19.12.2012. Uvedené dohody o splnomocnení sú podpísané dlžníčkou J., ako splnomocniteľom a Petrom Mamojkom, predsedom občianskeho združenia ProHelp ako splnomocnencom. Dňa 25.07.2014 bola uzavretá Zmluva o zriadení záložného práva č. 331/2014 - PTR medzi navrhovateľom a dlžníčkou zastúpenou ProHelp - združenie občianskoprávnej pomoci, predmetom ktorej je zriadenie záložného práva v prospech navrhovateľa k už uvedeným nehnuteľnostiam. Záložné právo bolo zriadené za účelom zabezpečenia všetkých pohľadávok, ktoré vznikli a v budúcnosti vzniknú na základe Zmluvy o úvere č. 702701741 zo dňa 28.09.2012 a Zmluvy o úvere č. 702701869 zo dňa 19.12.2012. Podľa čl. 1 ods.1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správy katastra o jeho povolení (§ 28 ods.3 katastrálneho zákona). Podľa § 31 ods.1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ods.3 katastrálneho zákona). Neplatný je právny úkon, ktorý svojím obsahom alebo účelom odporuje zákonu alebo ho obchádza alebo sa prieči dobrým mravom (§ 39 Občianskeho zákonníka). Podľa § 22 ods.2 Občianskeho zákonníka zastupovať iného nemôže ten, kto sám nie je spôsobilý na právny úkon, o ktorý ide, ani ten, záujmy ktorého sú v rozpore so záujmami zastúpeného. Pri zápise vecných práv k nehnuteľnostiam do katastra nehnuteľností vkladom (§ 28 a nasl. katastrálneho zákona) je správa katastra povinná posudzovať podstatné náležitosti príslušného zmluvného typu z hľadiska kritérií uvedených v § 31 ods.1 katastrálneho zákona. Povinnosťou správy katastra rozhodujúcej o povolení vkladu vecného práva je skúmať návrh na vklad práva k nehnuteľnosti do katastra nehnuteľností spolu s jeho prílohami. Povinnosťou správy katastra v tomto prípade bolo skúmať, či predmetná zmluva o zriadení záložného práva č. 331/2014 - PTR uzavretá medzi záložným veriteľom a záložcom zastúpeným splnomocnencom je v súlade so zákonom. Po preskúmaní napadnutého rozhodnutia v intenciách opravného prostriedku navrhovateľa a so zreteľom na citované zákonné ustanovenia súd dospel k záveru, že predmetná zmluva o zriadení záložného práva odporuje dobrým mravom v zmysle ustanovenia § 39 Občianskeho zákonníka, a preto ju nemožno považovať za platne uzavretú. Súd konštatuje, že predmetné dohody o splnomocnení uzavreté medzi dlžníčkou J. A. ako splnomocniteľom a občianskym združením ProHelp ako splnomocnencom nie sú platne uzavreté s poukazom na citované ustanovenie § 22 ods.2 Občianskeho zákonníka. Dohody o splnomocnení boli vpísané do vopred predtlačeného formulára, dlžníčka teda nemala možnosť ovplyvniť ich obsah. Vzhľadom na vopred stanoveného splnomocnenca, a to záložným veriteľom v dohodách o splnomocnení, bola obmedzená slobodná voľba splnomocnenca, ktorý by v mene dlžníčky uzatvoril záložnú zmluvu a skutočne by hájil jej záujmy. Takéto dojednanie spôsobuje absolútnu neplatnosť právnych úkonov v zmysle § 39 Občianskeho zákonníka. Nemožnosť výberu svojho zástupcu na strane dlžníka spôsobuje nerovnováhu v právach a povinnostiach zmluvných strán v neprospech dlžníka. Súd k uvedenému dodáva, že na neplatnosť predmetnej zmluvy nemá vplyv jej posúdenie ako spotrebiteľskej zmluvy podľa ustanovení o spotrebiteľských zmluvách v Občianskom zákonníku, nakoľko úverová zmluva sa samotnou povahou zmluvy prieči dobrým mravom a takýto právny úkon nie je v zmysle nášho právneho poriadku dovolený. Za tejto situácie preto občianske združenie ProHelp nebolo oprávnené uzavrieť záložnú zmluvu a nakladať s nehnuteľnosťami dlžníčky. Súd na zdôraznenie správnosti napadnutého rozhodnutia dodáva, že predmetná zmluva o zriadení záložného práva obsahuje viacero neprijateľných podmienok. Súd má za to, že výška zabezpečovanej pohľadávky spolu s príslušenstvom uvedená v Zmluve o úvere č. 702701741 zo dňa 28.09.2012 a Zmluve o úvere Zmluvy o úvere č. 702701869 zo dňa 19.12.2012 a hodnota predmetu Zmluvy o zriadení záložného práva sú v nevyváženom pomere, nakoľko hodnota predmetu zmluvy o zriadení záložného práva je neporovnateľne vyššia ako je celková výška zabezpečovaných pohľadávok s príslušenstvom. Takéto dojednanie spôsobuje absolútnu taktiež neplatnosť právneho úkonu v zmysle § 39 Občianskeho zákonníka. Súd uvádza, že predmetná zmluva o zriadení záložného práva nerešpektuje požiadavku vyváženosti vzájomného vzťahu medzi predmetom zmluvy o úvere a predmetom zmluvy o zriadení záložného práva. Z uvedených dôvodov preto súd podľa § 250q ods.2 O.s.p. preskúmavané rozhodnutie odporcu ako vecne správne a vydané v súlade s citovanými zákonnými ustanoveniami potvrdil. Neúspešnému navrhovateľovi vznikla povinnosť zaplatiť súdny poplatok podľa § 2 ods.4 druhá veta v spojení s § 5 ods.1 písm.h) zákona č. 71/1992 Zb. o súdnych poplatkoch a poplatku za výpis z registra trestov v znení neskorších predpisov, a preto mu súd uložil uhradiť súdny poplatok v sume 35,-- eur určenej podľa položky č. 10e) sadzobníka súdnych poplatkov tvoriaceho prílohu zákona č. 71/1992 Zb.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https://www.kauzis.sk/judikatura/r/ECLI:SK:KSKE:2015:7014201540.3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