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1Sd/20/2015 z 16. 4. 2015</w:t>
      </w:r>
    </w:p>
    <w:p>
      <w:r>
        <w:t>Uznesenie Krajského súdu Košice z 16. apríla 2015, sp. zn. 1Sd/20/2015, ECLI:SK:KSKE:2015:7015200367.1</w:t>
      </w:r>
    </w:p>
    <w:p>
      <w:r>
        <w:t>Súd: Krajský súd Košice</w:t>
      </w:r>
    </w:p>
    <w:p>
      <w:r>
        <w:t>Spisová značka: 1Sd/20/2015</w:t>
      </w:r>
    </w:p>
    <w:p>
      <w:r>
        <w:t>ECLI: ECLI:SK:KSKE:2015:7015200367.1</w:t>
      </w:r>
    </w:p>
    <w:p>
      <w:r>
        <w:t>Dátum vydania: 16.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1Sd/20/2015 Identifikačné číslo súdneho spisu: 7015200367 Dátum vydania rozhodnutia: 17. 04. 2015 Meno a priezvisko sudcu, VSÚ: JUDr. Milan Konček ECLI: ECLI:SK:KSKE:2015:7015200367.1 Uznesenie Krajský súd v Košiciach v právnej veci navrhovateľky H.. Ľ. V., R. XX/XXX, R. proti odporkyni Sociálna poisťovňa, ústredie, Ul. 29. augusta 8, Bratislava, v konaní o invalidný dôchodok takto r o z h o d o l : Z a s t a v u j e konanie. Žiaden z účastníkov nemá právo na náhradu trov konania. o d ô v o d n e n i e : Navrhovateľka svojím podaním, ktoré doručila súdu dňa 17.04.2015, zobrala svoj návrh (opravný prostriedok zo dňa 25.02.2015 nazvaný „odvolanie“) na preskúmanie rozhodnutia odporkyne zo dňa 07.02.2015 č. XXX XXX XXXX X späť v zmysle ust. § 250h ods. 2 O.s.p., ktoré súd primerane použil na základe ust. § 250l ods. 2 O.s.p., podľa ktorého až do rozhodnutia súdu môže navrhovateľka vziať návrh späť. Preto súd podľa § 250d ods. 3 O.s.p. - podľa ktorého, ak návrh bol vzatý späť, súd uznesením konanie zastaví - s použitím ust. § 250l ods. 2 O.s.p. konanie uznesením zastavil. Rozhodnutie o trovách konania sa opiera o ust. § 146 ods. 1 písm. c/ O.s.p. použitého v spojitosti s ust. § 246c O.s.p.. Poučenie: Proti tomuto uzneseniu možno podať odvolanie do 15 dní odo dňa jeho doručenia na Najvyšší súd SR v Bratislave prostredníctvom tunajšieho súdu, a to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https://www.kauzis.sk/judikatura/r/ECLI:SK:KSKE:2015:7015200367.1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