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2Sp/16/2015 z 5. 10. 2015</w:t>
      </w:r>
    </w:p>
    <w:p>
      <w:r>
        <w:t>Rozsudok Krajského súdu Košice z 5. októbra 2015, sp. zn. 2Sp/16/2015, ECLI:SK:KSKE:2015:7015200375.1</w:t>
      </w:r>
    </w:p>
    <w:p>
      <w:r>
        <w:t>Súd: Krajský súd Košice</w:t>
      </w:r>
    </w:p>
    <w:p>
      <w:r>
        <w:t>Spisová značka: 2Sp/16/2015</w:t>
      </w:r>
    </w:p>
    <w:p>
      <w:r>
        <w:t>ECLI: ECLI:SK:KSKE:2015:7015200375.1</w:t>
      </w:r>
    </w:p>
    <w:p>
      <w:r>
        <w:t>Dátum vydania: 5. 10. 2015</w:t>
      </w:r>
    </w:p>
    <w:p>
      <w:r>
        <w:t>Forma: Rozsudok</w:t>
      </w:r>
    </w:p>
    <w:p>
      <w:r>
        <w:t>Oblasť práva: Správne právo</w:t>
      </w:r>
    </w:p>
    <w:p>
      <w:pPr>
        <w:pStyle w:val="Heading2"/>
      </w:pPr>
      <w:r>
        <w:t>Text rozhodnutia</w:t>
      </w:r>
    </w:p>
    <w:p>
      <w:r>
        <w:t>Súd: Krajský súd Košice Spisová značka: 2Sp/16/2015 Identifikačné číslo súdneho spisu: 7015200375 Dátum vydania rozhodnutia: 06. 10. 2015 Meno a priezvisko sudcu, VSÚ: JUDr. Eva Baranová ECLI: ECLI:SK:KSKE:2015:7015200375.1 ROZSUDOK V MENE SLOVENSKEJ REPUBLIKY Krajský súd v Košiciach samosudkyňou JUDr. Evou Baranovou v právnej veci navrhovateľa POHOTOVOSŤ, s.r.o., IČO: 35 807 598, so sídlom v Bratislave, Pribinova 25, zast. konateľom Ľubomírom Balogom, proti odporcovi Okresný úrad Michalovce, katastrálny odbor, so sídlom v Michalovciach, Sama Chalupku 18, za účasti S. G., bytom M.. O.Š. XXXX/XX, O., v konaní o preskúmanie rozhodnutia odporcu č. OU-MI-KO V 3974/2014-Zm-Dz zo dňa 09.01.2015, takto r o z h o d o l : P o t v r d z u j e rozhodnutie odporcu z 09.01.2015 č. konania OU-MI-KO V 3974/2014-Zm-Dz. Náhradu trov konania účastníkom n e p r i z n á v a . Navrhovateľ je povinný zaplatiť na účet Slovenskej pošty, a.s. Banská Bystrica č. účtu SK36 6500 0000 0000 2054 5761 (BBAN: 20545761/6500), vedený v peňažnom ústave Poštová banka, a.s. Bratislava, súdny poplatok 35,-- eur do troch dní od právoplatnosti rozsudku. o d ô v o d n e n i e : Odporca rozhodnutím č. OU-MI-KO V 3974/2014-Zm-Dz zo dňa 09.01.2015 podľa § 31 ods.3 zákona č. 162/1995 Z.z. o katastri nehnuteľností a o zápise vlastníckych a iných práv k nehnuteľnostiam v znení neskorších predpisov (katastrálny zákon) zamietol návrh na vklad záložného práva do katastra nehnuteľností podľa Zmluvy o zriadení záložného práva č. 541/2014 - ŠTE, uzavretej dňa 07.10.2014 medzi navrhovateľom ako záložným veriteľom S. G., bytom M.. O. XXXX/XX, O., ako záložcom, zastúpeným na základe Dohody o splnomocnení uzavretej splnomocnencom ProHelp - združenie občianskoprávnej pomoci, so sídlom Povraznícka 18, Bratislava (ďalej len „záložná zmluva“). Predmetnou záložnou zmluvou záložca dáva do zálohu nehnuteľnosti záložcu nachádzajúce sa v katastrálnom území O., evidované na liste vlastníctva č. XXXX a č. XXXX, a to byt č. X, na X. poschodí vo vchode č. XX v obytnom dome súpisné číslo XXXX, ktorý je postavený na pozemku registra C KN č. XXXX, druh pozemku: zastavaná plocha, výmera pozemku: 1.074 m2 a veľkosť podielu na spoločných častiach, spoločných zariadeniach a pozemku vo výške 3273/261156. Odporca v odôvodnení napadnutého rozhodnutia ďalej uviedol, že preskúmal návrh na vklad práva k nehnuteľnosti do katastra nehnuteľnosti ako aj jeho prílohy a zistil, že navrhovateľ a účastník konania S. G. uzavreli Zmluvu o úvere č. 90030353 zo dňa 23.12.2013 na zabezpečenie pohľadávky veriteľa voči dlžníkovi. Odporca zistil, že dlžník sa rozhodol zabezpečiť svoj záväzok vyplývajúci zo zmluvy o úvere podpísaním Dohody o splnomocnení a na základe zmluvného zastúpenia vyplývajúceho z tejto dohody uzatvoril zástupca dlžníka zmluvu o zriadení záložného práva. Odporca v zmysle § 31 ods.1 katastrálneho zákona preskúmal platnosť zmluvy a to či obsahuje podstatné náležitosti zmluvy, či je právny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Odporca teda skúmal, či došlo k vzniku predmetného zmluvného zastúpenia v súlade so zákonom. Uzavretú dohodu o splnomocnení považuje odporca za neprijateľnú podmienku, a teda za neplatnú pre rozpor záujmov medzi splnomocniteľom a splnomocnencom. Dlžník (záložca) nemohol ovplyvniť obsah takejto dohody, nakoľko bola vyhotovená vo forme predtlačeného formulára, kde bol splnomocnenec už vopred vpísaný, t.j. v danom prípade bola obmedzená možnosť voľby splnomocniteľa (záložcu) zvoliť si zástupcu, ktorý by v jeho mene uzatvoril záložnú zmluvu a ktorý by skutočne hájil záujmy splnomocniteľa. Neplatnosť právneho úkonu vidí správny orgán aj v skutočnosti, že z dohody o splnomocnení nevyplýva, že by splnomocnenec mal na základe dohody poskytnúť splnomocniteľovi právnu pomoc a obhajobu jeho práv. Správny orgán posúdil uzavretie dohody o splnomocnení ako neplatný právny úkon v zmysle ustanovenia § 39 Občianskeho zákonníka s poukazom na ustanovenie § 53 ods.5 Občianskeho zákonníka. Svoj právny záver správny orgán opieral o rozsudok Najvyššieho súdu Slovenskej republiky č. k. 8Sžo/17/2007 zo dňa 12.12.2007 a o ďalšie rozsudky krajských súdov. Proti tomuto rozhodnutiu navrhovateľ včas podal opravný prostriedok zo dňa 19.02.2015, v ktorom žiada zrušiť preskúmavané rozhodnutie odporcu a vrátiť mu vec na ďalšie konanie. Predmetom dohody o splnomocnení je podľa navrhovateľa bezplatné zastupovanie splnomocniteľa splnomocnencom a podľa názoru navrhovateľa dohodu o splnomocnení nemožno považovať za spotrebiteľskú zmluvu, a teda sa na ňu ani nevzťahuje ustanovenie § 53 Občianskeho zákonníka. Navrhovateľ uviedol, že dohoda o splnomocnení je uzavretá riadne, v súlade s príslušnými ustanoveniami Občianskeho zákonníka o zastúpení a spĺňa náležitosti právneho úkonu, ktorými sú slobodná vôľa, vážnosť určitosť a zrozumiteľnosť. Záložca sa v zmysle uzavretej dohody o splnomocnení sám rozhodol zabezpečiť svoj záväzok vyplývajúci pre neho z predmetnej zmluvy o úvere a preto udelil ProHelp - združeniu občianskoprávnej pomoci plnomocenstvo na uzatvorenie záložnej zmluvy k nehnuteľnostiam. Ďalej uviedol, že nemôže súhlasiť s tým, že navrhovateľ vopred určil osobu, ktorá bude oprávnená za dlžníka konať a dlžník nemal možnosť sa sám rozhodnúť, kto ho bude zastupovať. Uviedol, že pochybnosť o objektivite zastupovania zo strany splnomocnenca nie je z hľadiska aplikácie § 22 ods.2 Občianskeho zákonníka dostatočná, nakoľko medzi záujmami zástupcu a zastúpeného musí existovať reálny rozpor. Je zrejmé, že predložené plnomocenstvo je samostatným dvojstranným právnym úkonom uzavretým medzi dlžníkom a jeho zástupcom, ktorý je úplne nezávislým od veriteľa a jeho zmluvnej dokumentácie. Odporca ďalej namietal, že správny orgán sa v odôvodnení napadnutého rozhodnutia obmedzil len na konštatovanie, že záložca nemohol ovplyvniť výber splnomocnenca. Takáto správna úvaha podľa názoru odporcu nespĺňa základné kritériá odôvodnenia rozhodnutia správneho orgánu podľa ustanovenia § 47 odsek 3 Správneho poriadku. Odôvodnenie napadnutého rozhodnutia navrhovateľ považoval za nepreskúmateľné pre nedostatok dôvodov, pretože nevedno, či odporca vidí rozpor s dobrými mravmi v poskytnutí úveru alebo v poplatku alebo v úroku z omeškania.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Odporca v písomnom vyjadrení k návrhu zo dňa 24.03.2014 zotrval na dôvodoch uvedených v preskúmavanom rozhodnutí v celom rozsahu a navrhol rozhodnutie potvrdiť. Súd v konaní podľa § 250l a nasl. O.s.p. preskúmal napadnuté rozhodnutie odporcu, oboznámil sa s jeho administratívnym spisom a dospel k záveru, že návrh navrhovateľa nie je dôvodný. Na pojednávaní súdu dňa 06.10.2015 navrhovateľ a odporca neboli prítomní. Navrhovateľ svoju neprítomnosť ospravedlnil podaním zo dňa 28.09.2015 a odporca podaním z 01.10.2015. Obaja súhlasili, aby súd konal a rozhodol v ich neprítomnosti. Súd v súlade s § 250g ods.2 O.s.p. aplikovaným na základe § 250l ods.2 O.s.p. prejednal vec v neprítomnosti účastníkov konania. Účastník konania S. G. na pojednávaní uviedol, že s navrhovateľom uzavrel dve zmluvy o pôžičke, prvú splácal pravidelne a druhú vo výške 200,-- eur si vzal kvôli tomu, že chcel vycestovať do Čiech za prácou. Tak aj urobil, ale po dvoch mesiacoch mal ťažký pracovný úraz, v dôsledku ktorého bol dlhodobo práceneschopný, a tak dohodnuté splátky nemohol zasielať. Napadnuté rozhodnutie odporcu navrhol potvrdiť ako správne. Náhradu trov konania si neuplatnil. Z administratívneho spisu súd zistil, že navrhovateľ ako veriteľ uzavrel s dlžníkom S. G. Zmluvu o úvere č. 900303553 zo dňa 23.12.2013. Veriteľ sa zaviazal poskytnúť dlžníkovi úver a dlžník sa zaviazal vrátiť požičané finančné prostriedky vo výške 200,-- eur spolu s príslušenstvom, úrokmi z omeškania, poplatkami a ostatnými pohľadávkami a zmluvnými pokutami vyplývajúcimi zo zmluvy o úvere, ako aj ostatnými celkovými nákladmi v zmysle platných všeobecných podmienok, od omeškania až do zaplatenia. Dlžník zároveň dohodou o splnomocnení zo dňa 23.12.2013 splnomocnil ProHelp - združenie občianskoprávnej pomoci so sídlom Povraznícka 18, Bratislava na uzatvorenie záložnej zmluvy podľa § 552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dlžníkom S. G. ako splnomocniteľom a Petrom Mamojkom, predsedom občianskeho združenia ProHelp ako splnomocnencom. Dňa 21.10.2014 bola uzavretá Zmluva o zriadení záložného práva č. 541/2014 - ŠTE medzi navrhovateľom a dlžníkom zastúpeným ProHelp - združenie občianskoprávnej pomoci, predmetom ktorej je zriadenie záložného práva v prospech navrhovateľa k už uvedeným nehnuteľnostiam. Záložné právo bolo zriadené za účelom zabezpečenia všetkých pohľadávok, ktoré vznikli a v budúcnosti vzniknú na základe Zmluvy o úvere č. 900303553 zo dňa 23.12.2013. Podľa čl. 1 ods.1 Ústavy Slovenskej republiky Slovenská republika je právnym štátom. Neoddeliteľným atribútom právneho štátu je právna istota a spravodlivosť. Ústava Slovenskej republiky garantuje ochranu vlastníckeho práva v čl. 20. Podľa § 28 ods.2 katastrálneho zákona práva k nehnuteľnostiam uvedené v § 1 ods.1 vznikajú, menia sa alebo zanikajú vkladom do katastra, ak tento zákon neustanovuje inak. Právne účinky vkladu vznikajú na základe právoplatného rozhodnutia okresného úradu o jeho povolení (§ 28 ods.3 katastrálneho zákona).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okresný úrad aj na skutkové a právne skutočnosti, ktoré by mohli mať vplyv na povolenie vkladu. Ak sú podmienky na vklad splnené, okresný úrad vklad povolí; inak návrh zamietne (§ 31 ods.3 katastrálneho zákona). Neplatný je právny úkon, ktorý svojím obsahom alebo účelom odporuje zákonu alebo ho obchádza alebo sa prieči dobrým mravom (§ 39 Občianskeho zákonníka). Podľa § 22 ods.2 Občianskeho zákonníka zastupovať iného nemôže ten, kto sám nie je spôsobilý na právny úkon, o ktorý ide, ani ten, záujmy ktorého sú v rozpore so záujmami zastúpeného. Pri zápise vecných práv k nehnuteľnostiam do katastra nehnuteľností vkladom (§ 28 a nasl. katastrálneho zákona) je okresný úrad povinný posudzovať podstatné náležitosti príslušného zmluvného typu z hľadiska kritérií uvedených v § 31 ods.1 katastrálneho zákona. Povinnosťou okresného úradu rozhodujúceho o povolení vkladu vecného práva je skúmať návrh na vklad práva k nehnuteľnosti do katastra nehnuteľností spolu s jeho prílohami. Povinnosťou okresného úradu v tomto prípade bolo skúmať, či predmetná zmluva o zriadení záložného práva č. 541/2014 - ŠTE uzavretá medzi záložným veriteľom a záložcom zastúpeným splnomocnencom je v súlade so zákonom. Po preskúmaní napadnutého rozhodnutia v intenciách opravného prostriedku navrhovateľa a so zreteľom na citované zákonné ustanovenia súd dospel k záveru, že predmetná zmluva o zriadení záložného práva odporuje dobrým mravom v zmysle ustanovenia § 39 Občianskeho zákonníka, a preto ju nemožno považovať za platne uzavretú. Súd uvádza, že predmetná dohoda o splnomocnení uzavretá medzi dlžníkom S. G. ako splnomocniteľom a občianskym združením ProHelp ako splnomocnencom nie je platne uzavretá, tak ako to správne uviedol správny orgán s poukazom na citované ustanovenie § 22 ods.2 Občianskeho zákonníka. Dohoda o splnomocnení bola vpísaná do vopred predtlačeného formulára, dlžník teda nemal možnosť ovplyvniť jej obsah. Vzhľadom na vopred stanoveného splnomocnenca, a to záložným veriteľom v dohode o splnomocnení, bola obmedzená slobodná voľba splnomocnenca, ktorý by v mene dlžníka uzatvoril záložnú zmluvu a skutočne by hájil jeho záujmy. Takéto dojednanie spôsobuje taktiež absolútnu neplatnosť právneho úkonu v zmysle § 39 Občianskeho zákonníka. Za tejto situácie preto občianske združenie ProHelp nebolo oprávnené uzavrieť záložnú zmluvu a nakladať s nehnuteľnosťami dlžníka. Podľa názoru súdu sa dlžník uzavretím dohody o splnomocnení reálne vopred vzdal práva na účinnú právnu ochranu, a to či už z nevedomosti alebo nemožnosti vplývať na obsah zmluvy o úvere v spojení s obsahom dohody o splnomocnení, čo je v podmienkach právneho štátu neprijateľné a v rozpore s dobrými mravmi. Súd nad rámec opravného prostriedku na zdôraznenie správnosti rozhodnutia uvádza, že výška zabezpečovanej pohľadávky spolu s príslušenstvom uvedená v zmluve o úvere a hodnota predmetu zmluvy o zriadení záložného práva sú v nevyváženom pomere, nakoľko hodnota predmetu zmluvy o zriadení záložného práva je neporovnateľne vyššia ako je celková výška zabezpečovanej pohľadávky s príslušenstvom. Takéto dojednanie spôsobuje absolútnu neplatnosť právneho úkonu v zmysle § 39 Občianskeho zákonníka. Súd uvádza, že predmetná zmluva o zriadení záložného práva nerešpektuje požiadavku vyváženosti vzájomného vzťahu medzi predmetom zmluvy o úvere a predmetom zmluvy o zriadení záložného práva. Z uvedených dôvodov preto súd podľa § 250q ods.2 O.s.p. preskúmavané rozhodnutie odporcu ako vecne správne a vydané v súlade s citovanými zákonnými ustanoveniami potvrdil. O trovách konania súd rozhodol v zmysle § 250k ods.1 O.s.p. s použitím § 250l ods.2 O.s.p. tak, že navrhovateľovi, ktorý nemal v konaní úspech, právo na náhradu trov nepriznal. Neúspešnému navrhovateľovi vznikla povinnosť zaplatiť súdny poplatok podľa § 2 ods.4 druhá veta v spojení s § 5 ods.1 písm.h) zákona č. 71/1992 Zb. o súdnych poplatkoch a poplatku za výpis z registra trestov v znení neskorších predpisov, a preto mu súd uložil uhradiť súdny poplatok v sume 35,-- eur určenej podľa položky č. 10e) sadzobníka súdnych poplatkov tvoriaceho prílohu zákona č. 71/1992 Zb.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https://www.kauzis.sk/judikatura/r/ECLI:SK:KSKE:2015:7015200375.1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