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6S/14/2014 z 18. 2. 2016</w:t>
      </w:r>
    </w:p>
    <w:p>
      <w:r>
        <w:t>Opravné uznesenie Krajského súdu Košice z 18. februára 2016, sp. zn. 6S/14/2014, ECLI:SK:KSKE:2016:1012201586.2</w:t>
      </w:r>
    </w:p>
    <w:p>
      <w:r>
        <w:t>Súd: Krajský súd Košice</w:t>
      </w:r>
    </w:p>
    <w:p>
      <w:r>
        <w:t>Spisová značka: 6S/14/2014</w:t>
      </w:r>
    </w:p>
    <w:p>
      <w:r>
        <w:t>ECLI: ECLI:SK:KSKE:2016:1012201586.2</w:t>
      </w:r>
    </w:p>
    <w:p>
      <w:r>
        <w:t>Dátum vydania: 18. 2. 2016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6S/14/2014 Identifikačné číslo súdneho spisu: 1012201586 Dátum vydania rozhodnutia: 19. 02. 2016 Meno a priezvisko sudcu, VSÚ: JUDr. Eva Baranová ECLI: ECLI:SK:KSKE:2016:1012201586.2 Opravné uznesenie Krajský súd v Košiciach v právnej veci žalobcu W. K., bývajúceho v E. T., O. XX, zastúpeného Advokátskou kanceláriou Bardač, s.r.o., Lovinského 22, Bratislava, v mene ktorej koná jej konateľ Mgr. Róbert Bardač, PhD., proti žalovanému Sociálnej poisťovni, ústredie, Ul. 29. augusta 8, Bratislava, v konaní o žalobe na preskúmanie rozhodnutia žalovaného z 26.06.2012 č.k. 25396-2/2012-BA, takto r o z h o d o l : O p r a v u j e záhlavie rozsudku Krajského súdu v Košiciach z 08.10.2015 č.k. 6S/14/2014-43 tak, že správne má znieť: „Krajský súd v Košiciach v senáte zloženom z predsedníčky senátu JUDr. Evy Baranovej, členov senátu JUDr. Milana Končeka a JUDr. Valérie Mihalčínovej, v právnej veci žalobcu W. K., bývajúceho v E. T., O. XX, zastúpeného Advokátskou kanceláriou Bardač, s.r.o., Lovinského 22, Bratislava, v mene ktorej koná konateľ Mgr. Róbert Bardač, PhD., proti žalovanému Sociálnej poisťovni, ústredie, Ul. 29. augusta 8, Bratislava, v konaní o žalobe na preskúmanie rozhodnutia žalovaného z 26.06.2012 č.k. 25396-2/2012- BA, takto jednohlasne“. o d ô v o d n e n i e : Krajský súd v Košiciach pri vyhotovovaní rozsudku v jeho záhlaví nesprávne označil právneho zástupcu žalobcu tak, že je zastúpený Mgr. Róbertom Bardačom, PhD., advokátom Advokátskej kancelárie Bardač s.r.o., Búdková 4, Bratislava. Na návrh Najvyššieho súdu SR z 09.02.2016 súd vykonal opravu nesprávneho označenia tak, ako je to uvedené vo výrokovej časti tohto uznesenia. Postupoval podľa § 164 O.s.p., podľa ktorého súd kedykoľvek, aj bez návrhu opraví v rozsudku chyby v písaní a počítaní, ako aj iné zrejmé nesprávnosti. O návrhu na opravu súdu rozhodne do 30 dní od jeho podania. O oprave vydá opravné uznesenie, ktoré doručí účastníkom. Poučenie: Proti tomuto uzneseniu je prípustné odvolanie v lehote 15 dní odo dňa jeho doručenia na Najvyšší súd Slovenskej republiky v Bratislave, prostredníctvom Krajského súdu v Košiciach, a to písomne v dvoch vyhotoveniach. V odvolaní sa má popri všeobecných náležitostiach (§ 42 ods.3)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https://www.kauzis.sk/judikatura/r/ECLI:SK:KSKE:2016:1012201586.2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