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4Sd/2/2016 z 5. 5. 2016</w:t>
      </w:r>
    </w:p>
    <w:p>
      <w:r>
        <w:t>Uznesenie Krajského súdu Košice z 5. mája 2016, sp. zn. 4Sd/2/2016, ECLI:SK:KSKE:2016:5015201167.2</w:t>
      </w:r>
    </w:p>
    <w:p>
      <w:r>
        <w:t>Súd: Krajský súd Košice</w:t>
      </w:r>
    </w:p>
    <w:p>
      <w:r>
        <w:t>Spisová značka: 4Sd/2/2016</w:t>
      </w:r>
    </w:p>
    <w:p>
      <w:r>
        <w:t>ECLI: ECLI:SK:KSKE:2016:5015201167.2</w:t>
      </w:r>
    </w:p>
    <w:p>
      <w:r>
        <w:t>Dátum vydania: 5. 5. 2016</w:t>
      </w:r>
    </w:p>
    <w:p>
      <w:r>
        <w:t>Forma: Uznesenie</w:t>
      </w:r>
    </w:p>
    <w:p>
      <w:pPr>
        <w:pStyle w:val="Heading2"/>
      </w:pPr>
      <w:r>
        <w:t>Text rozhodnutia</w:t>
      </w:r>
    </w:p>
    <w:p>
      <w:r>
        <w:t>Súd: Krajský súd Košice Spisová značka: 4Sd/2/2016 Identifikačné číslo súdneho spisu: 5015201167 Dátum vydania rozhodnutia: 06. 05. 2016 Meno a priezvisko sudcu, VSÚ: JUDr. Jozef Kuruc ECLI: ECLI:SK:KSKE:2016:5015201167.2 Uznesenie Krajský súd v Košiciach rozhodol v právnej veci navrhovateľa T. W. G. A. O. S. O. , bytom C. K. , K. XXX/ X, t.č. Ústav pre výkon trestu odňatia slobody, Dončova 6, priečinok 62, Ružomberok, proti odporkyni Sociálna poisťovňa, ústredie, Ul.29.augusta 8, Bratislava, o invalidný dôchodok, takto r o z h o d o l : O d m i e t a opravný prostriedok navrhovateľa zo dňa 16.11.2015. Žiaden z účastníkov nemá právo na náhradu trov konania. o d ô v o d n e n i e : Odporkyňa rozhodnutím č. XXX XXX XXXX X zo dňa 13.mája 2015 podľa § 70 ods.1 a § 293ax zákona č. 461/2003 Z.z. o sociálnom poistení v znení neskorších predpisov zamietla žiadosť navrhovateľa o invalidný dôchodok. Rozhodnutie doručené navrhovateľovi obsahovalo správne poučenie o možnosti podať návrh na jeho preskúmanie v lehote 30 dní od jeho doručenia na príslušnom súde alebo u odporcu. Navrhovateľ prevzal rozhodnutie dňa 28.05.2015. Opravný prostriedok podal na poštovú prepravu dňa 19.11.2015. Podľa § 250m ods.2 O.s.p. návrh na preskúmanie sa podáva na príslušnom súde v lehote 30 dní od doručenia rozhodnutia, pričom návrh je podaný včas aj vtedy, ak bol podaný v lehote na orgáne, ktorý vydal rozhodnutie. Podľa § 250p O.s.p. ak je návrh na preskúmanie rozhodnutia správneho orgánu podaný oneskorene, súd uznesením opravný prostriedok odmietne. Lehota na podanie opravného prostriedku navrhovateľovi uplynula dňa 29.06.2015. Preto, ak navrhovateľ podal opravný prostriedok až dňa 19.11.2015, podal ho oneskorene. Preto súd jeho opravný prostriedok odmietol. Výrok o trovách konania vyplýva z ustanovení § 250l ods.2, § 246c a § 146 ods.1 písm.c/ O.s.p. Poučenie: Proti tomuto uzneseniu je prípustné odvolanie do 15 dní odo dňa jeho doručenia na Najvyšší súd SR v Bratislave prostredníctvom Krajského súdu v Košiciach, a to písomne v dvoch vyhotoveniach. V odvolaní sa má popri všeobecných náležitostiach (§ 42 ods.3 O.s.p.) uviesť, proti ktorému rozhodnutiu smeruje, v akom rozsahu sa napáda, v čom sa toto rozhodnutie alebo postup súdu považuje za nesprávny a čoho sa odvolateľ domáha.</w:t>
      </w:r>
    </w:p>
    <w:p/>
    <w:p>
      <w:r>
        <w:t>Zdroj: KAUZIS.SK – https://www.kauzis.sk/judikatura/r/ECLI:SK:KSKE:2016:5015201167.2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