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Košice sp. zn. 6K/17/2003 z 3. 3. 2016</w:t>
      </w:r>
    </w:p>
    <w:p>
      <w:r>
        <w:t>Uznesenie Krajského súdu Košice z 3. marca 2016, sp. zn. 6K/17/2003, ECLI:SK:KSKE:2016:7003898482.2</w:t>
      </w:r>
    </w:p>
    <w:p>
      <w:r>
        <w:t>Súd: Krajský súd Košice</w:t>
      </w:r>
    </w:p>
    <w:p>
      <w:r>
        <w:t>Spisová značka: 6K/17/2003</w:t>
      </w:r>
    </w:p>
    <w:p>
      <w:r>
        <w:t>ECLI: ECLI:SK:KSKE:2016:7003898482.2</w:t>
      </w:r>
    </w:p>
    <w:p>
      <w:r>
        <w:t>Dátum vydania: 3. 3. 2016</w:t>
      </w:r>
    </w:p>
    <w:p>
      <w:r>
        <w:t>Forma: Uznesenie</w:t>
      </w:r>
    </w:p>
    <w:p>
      <w:r>
        <w:t>Oblasť práva: Obchodné právo</w:t>
      </w:r>
    </w:p>
    <w:p>
      <w:pPr>
        <w:pStyle w:val="Heading2"/>
      </w:pPr>
      <w:r>
        <w:t>Text rozhodnutia</w:t>
      </w:r>
    </w:p>
    <w:p>
      <w:r>
        <w:t>Súd: Krajský súd Košice Spisová značka: 6K/17/2003 Identifikačné číslo súdneho spisu: 7003898482 Dátum vydania rozhodnutia: 04. 03. 2016 Meno a priezvisko sudcu, VSÚ: JUDr. Drahomíra Brixiová ECLI: ECLI:SK:KSKE:2016:7003898482.2 Uznesenie Krajský súd v Košiciach v konkurznej veci úpadcu: Jozef Hlavatý, Mlynská 1485, Vranov nad Topľou, IČO: 14 324 202, takto r o z h o d o l : Z r u š u j e konkurz vyhlásený na majetok úpadcu: Jozef Hlavatý, Mlynská 1485, Vranov nad Topľou, IČO: 14 324 202, z dôvodu, že majetok úpadcu nepostačuje na úhradu výdavkov a odmeny správcu. P r i z n á v a správcovi konkurznej podstaty JUDr. Ing. Renáte Vorobeľovej, G., odmenu vo výške X,XX eur. N e p r i z n á v a správcom JUDr. Márii Kusendovej, Z., Mgr. Ing. Ignácovi Ilčišinovi, K. E. J.F. a JUDr. Mariánovi Prievozníkovi, D., žiadnu odmenu z dôvodu nedostatku finančných prostriedkov. U k l a d á správcovi konkurznej podstaty JUDr. Ing. Renáte Vorobeľovej, G., aby do 30 dní odo dňa právoplatnosti tohto uznesenia písomne oznámil súdu, či uzavrel účtovné knihy a zostavil účtovnú závierku úpadcu. U k l a d á správcovi JUDr. Ing. Renáte Vorobeľovej, G., uhradiť súdny poplatok za konkurzné konanie v sume XXX,XX eur. Z b a v u j e JUDr. Ing. Renátu Vorobeľovú, G., funkcie správcu konkurznej podstaty. o d ô v o d n e n i e : Krajský súd v Košiciach uznesením zo dňa 14.1.2004, č.k.: 6K/17/2003-22 vyhlásil na majetok dlžníka Jozef Hlavatý, Mlynská 1485, Vranov nad Topľou konkurz, a do funkcie správcu konkurznej podstaty ustanovil JUDr. Máriu Kusendovú, Z.. Uznesením Krajského súdu v Košiciach č.k.: 6K/17/2003-90 zo dňa 25.7.2005 bol rozhodnutím schôdze veriteľov do funkcie správcu ustanovený Mgr. Ing. Ignác Ilčišin. Krajský súd v Košiciach uznesením zo dňa 16.2.2010, č.k.: 6K/17/2003-134 zbavil Mgr. Ing. Ignáca Ilčišina funkcie správcu a súčasne do funkcie správcu konkurznej podstaty ustanovil JUDr. Mariána Prievozníka. Uznesením Krajského súdu v Košiciach č.k.: 6K/17/2003-170 zo dňa 28.1.2013 bol JUDr. Marián Prievozník zbavený funkcie správcu a do funkcie nového správcu konkurznej podstaty bola ustanovená JUDr. Ing. Renáta Vorobeľová. Podaním zo dňa 25.11.2015 správca konkurznej podstaty predložil súdu konečnú správu s návrhom na zrušenie konkurzu z dôvodu, že majetok úpadcu nepostačuje na úhradu výdavkov a odmeny správcu. Súd uznesením zo dňa 25.1.2016, č.k.: 6K/17/2003-218 konečnú správu schválil. Uznesenie nadobudlo právoplatnosť dňa 20.2.2016. Súd z konečnej správy zistil, že finančné prostriedky nepostačujú na celkovú úhradu výdavkov a odmenu správcu. Speňažením majetku úpadcu boli do konkurznej podstaty získané finančné prostriedky vo výške XX.XXX,XX eur. V priebehu konkurzu boli uspokojené pohľadávky proti podstate vo výške X.XXX,XX eur. Správca je tiež povinný zaplatiť sumu XXX,XX eur ako súdny poplatok za konkurzné konanie. Správca konkurznej podstaty má nárok na odmenu, vypočítanú v zmysle § 6 a 7 vyhlášky č. 493/91 Zb. v znení neskorších predpisov vo výške X.XXX,XX eur zo sumy XX.XXX,XX eur, ktorá bola v konkurze získaná speňažením konkurznej podstaty. Súd zistil, že finančné prostriedky nepostačujú na celkovú úhradu odmeny správcu. Na odmenu správcov zostáva suma X,XX eur, ktorú súd priznal správcovi JUDr. Ing. Renáte Vorobeľovej, G.. Podľa § 44 ods. 1 písm. d/ Zákona o konkurze a vyrovnaní, súd zruší konkurz, v ktorom nedošlo k potvrdeniu núteného vyrovnania, ak zistí, že majetok úpadcu nepostačuje na úhradu výdavkov a odmeny správcu, pričom sa neprihliada na veci a pohľadávky vylúčené z podstaty. Na odmenu správcov nezostali finančné prostriedky, preto súd v zmysle vyššie citovaného ustanovenia konkurz zrušil. Správcovi JUDr. Ing. Renáte Vorobeľovej, G. súd uložil, aby do 30 dní odo dňa právoplatnosti uznesenia písomne oznámil súdu, či uzavrel účtovné knihy a zostavil účtovnú závierku úpadcu. Súd zároveň v zmysle ust. § 44 ods. 4 ZKV zbavil JUDr. Ing. Renátu Vorobeľovú, G., funkcie správcu konkurznej podstaty a rozhodol o odmene tak, ako je to uvedené vo výroku tohto rozhodnutia. Poučenie: Proti tomuto uzneseniu možno podať odvolanie do 30 dní odo dňa jeho zverejnenia v Obchodnom vestníku na Krajskom súde v Košiciach. Zrušením konkurzu zanikajú účinky vyhlásenia konkurzu, platnosť a účinnosť úkonov, vykonaných v priebehu konkurzu tým nie je dotknutá.</w:t>
      </w:r>
    </w:p>
    <w:p/>
    <w:p>
      <w:r>
        <w:t>Zdroj: KAUZIS.SK – https://www.kauzis.sk/judikatura/r/ECLI:SK:KSKE:2016:7003898482.2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