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7S/163/2012 z 17. 2. 2016</w:t>
      </w:r>
    </w:p>
    <w:p>
      <w:r>
        <w:t>Uznesenie Krajského súdu Košice z 17. februára 2016, sp. zn. 7S/163/2012, ECLI:SK:KSKE:2016:7012201054.5</w:t>
      </w:r>
    </w:p>
    <w:p>
      <w:r>
        <w:t>Súd: Krajský súd Košice</w:t>
      </w:r>
    </w:p>
    <w:p>
      <w:r>
        <w:t>Spisová značka: 7S/163/2012</w:t>
      </w:r>
    </w:p>
    <w:p>
      <w:r>
        <w:t>ECLI: ECLI:SK:KSKE:2016:7012201054.5</w:t>
      </w:r>
    </w:p>
    <w:p>
      <w:r>
        <w:t>Dátum vydania: 17.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7S/163/2012 Identifikačné číslo súdneho spisu: 7012201054 Dátum vydania rozhodnutia: 18. 02. 2016 Meno a priezvisko sudcu, VSÚ: JUDr. Judita Juráková ECLI: ECLI:SK:KSKE:2016:7012201054.5 Uznesenie Krajský súd v Košiciach v právnej veci žalobcu: VIASAT - E s.r.o., IČO: 43 996 353, so sídlom Ladmovce 4, proti žalovanému: Finančné riaditeľstvo SR, sídlom Lazovná 63, Banská Bystrica, v konaní o preskúmanie zákonnosti rozhodnutia žalovaného č. 1020506/1/1054657/2012/5051-r zo dňa 26. 06. 2012, takto r o z h o d o l : Konanie z a s t a v u j e. Žiaden z účastníkov n e m á právo na náhradu trov konania. o d ô v o d n e n i e : Žalobou zo dňa 10.09.2012 osobne podanou na Krajskom súde v Košiciach dňa 11.09.2012 sa žalobca domáhal zrušenia rozhodnutia žalovaného č. 1020506/1/1054657/2012/5051-r zo dňa 26. 06. 2012 a vrátenia veci na ďalšie konanie. Podľa § 8 ods. 1 zákona č. 71/1992 Zb. o súdnych poplatkoch a poplatku za výpis z registra trestov v znení neskorších predpisov, poplatok za podanie návrhu alebo žiadosti, poplatok za uplatnenie námietky zaujatosti v konkurznom konaní alebo reštrukturalizačnom konaní podľa osobitného predpisu a poplatok za konanie o dedičstve je splatný v z n i k o m poplatkovej povinnosti. Výška súdneho poplatku z návrhu na preskúmanie zákonnosti rozhodnutia orgánu verejnej správy na základe žaloby bola ku dňu podaniu návrhu 66 Eur (položka 10 písm. a/ sadzobníka zákona o súdnych poplatkov, ktorý je prílohou k zákonu č. 71/1992 Zb. o súdnych poplatkoch a poplatku za výpis z registra trestov v znení neskorších predpisov). Výzvou súdu zo dňa 16.01.2013, doručenou právnemu zástupcovi žalobcu dňa 13.02.2013, bol žalobca vyzvaný, aby v lehote 10 dní od doručenia tejto výzvy zaplatil súdny poplatok vo výške 66,- Eur. Žalobca v určenej lehote a ani do dnešného dňa súdny poplatok neuhradil. Žalobca následne podaním doručeným súdu dňa 01.03.2013 požiadal o oslobodenie od platenia súdnych poplatkov. Súd uznesením č.k. 7S/163/2012-88 zo dňa 27.04.2015, rozhodol, že žalobcovi nepriznal oslobodenie od súdnych poplatkov. Uznesenie nadobudlo právoplatnosť a vykonateľnosť ku dňu 18.06.2015. Podľa § 10 ods. 1 cit. zákona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poučený. Podľa § 10 ods. 3 cit. zákona súd zruší uznesenie o zastavení konania pre nezaplatenie súdneho poplatku, ak poplatník zaplatí súdny poplatok do konca lehoty na podanie odvolania. Vzhľadom na to, že žalobca v určenej lehote a ani do dnešného dňa súdny poplatok neuhradil, ako aj s prihliadnutím na právoplatné nepriznanie oslobodenia od platenia súdnych poplatkov žalobcovi, súd rozhodol v súlade s citovanými zákonnými ustanoveniami tak, ako je to uvedené vo výrokovej časti tohto uznesenia. O náhrade trov konania bolo rozhodnuté podľa § 146 ods.1 písm. c) O.s.p. za použitia § 246c ods. 1 O.s.p. tak, že žiaden z účastníkov nemá právo na náhradu trov konania, pretože konanie bolo zastavené. Rozhodnutie bolo prijaté senátom Krajského súdu v Košiciach v pomere hlasov 3:0 (ust. § 3 ods. 9 zákona č. 757/2004 Z. z. v znení účinnom od 1. mája 2011).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ods.3 O.s.p.) uviesť, proti ktorému rozhodnutiu smeruje, v akom rozsahu sa napadá, v čom sa toto rozhodnutie alebo postup súdu považuje za nesprávny a čoho sa odvolateľ domáha.</w:t>
      </w:r>
    </w:p>
    <w:p/>
    <w:p>
      <w:r>
        <w:t>Zdroj: KAUZIS.SK – https://www.kauzis.sk/judikatura/r/ECLI:SK:KSKE:2016:7012201054.5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