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6S/14/2013 z 30. 3. 2016</w:t>
      </w:r>
    </w:p>
    <w:p>
      <w:r>
        <w:t>Uznesenie Krajského súdu Košice z 30. marca 2016, sp. zn. 6S/14/2013, ECLI:SK:KSKE:2016:7013200112.1</w:t>
      </w:r>
    </w:p>
    <w:p>
      <w:r>
        <w:t>Súd: Krajský súd Košice</w:t>
      </w:r>
    </w:p>
    <w:p>
      <w:r>
        <w:t>Spisová značka: 6S/14/2013</w:t>
      </w:r>
    </w:p>
    <w:p>
      <w:r>
        <w:t>ECLI: ECLI:SK:KSKE:2016:7013200112.1</w:t>
      </w:r>
    </w:p>
    <w:p>
      <w:r>
        <w:t>Dátum vydania: 30. 3.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Košice Spisová značka: 6S/14/2013 Identifikačné číslo súdneho spisu: 7013200112 Dátum vydania rozhodnutia: 31. 03. 2016 Meno a priezvisko sudcu, VSÚ: JUDr. Valéria Mihalčínová ECLI: ECLI:SK:KSKE:2016:7013200112.1 Uznesenie Krajský súd v Košiciach v právnej veci žalobcu: MARK TRADE, s.r.o., so sídlom Podnikateľská 8, 040 17 Košice - Barca, IČO: XX XXX XXX, zastúpený advokátom: JUDr. Marek Radačovský, so sídlom Žriedlová 3, 040 01 Košice, proti žalovanému: Daňový úrad Košice, Rozvojová 2, 041 90 Košice, o p r e s k ú m a n i e zákonnosti rozhodnutia žalovaného č. 9800303/5/3483937/2012 z 27.11.2012, takto r o z h o d o l : Konanie z a s t a v u j e. Žiaden z účastníkov n e m á právo na náhradu trov konania. Súd v r a c i a súdny poplatok v sume 63,30 Eur prostredníctvom Slovenskej pošty a.s., vedený na účte Poštovej banky, a.s.. o d ô v o d n e n i e : Žalobca včas podanou žalobou sa domáhal preskúmania zákonnosti rozhodnutia žalovaného Daňový úrad Košice č. 9800303/5/3483937/2012 zo dňa 27.11.2012. Žalobca písomným podaním zo dňa 23. marca 2016 doručeného Krajskému súdu v Košiciach 24. marca 2016 zobral svoju žalobu v celom rozsahu späť a zároveň žiadal vrátiť súdny poplatok. Z ustanovenia § 250d ods. 3 O. s. p. vyplýva, že súd uznesením konanie zastaví, okrem iného aj vtedy, ak žaloba bola vzatá späť (§ 250h ods. 2 O. s. p.). Podľa § 250h ods. 2 O. s. p. až do rozhodnutia súdu môže žalobca vziať žalobu späť; ak žalovanému medzi tým vznikli trovy konania, rozhodne súd o ich náhrade. Žalobca písomným podaním zo dňa 23.03.2016 vzal návrh v celom rozsahu späť, preto súd v súlade s ustanovením § 250d ods. 3 O. s. p. v dôsledku späťvzatia žaloby konanie zastavil. Z ustanovenia § 11 ods. 3 zákona č. 71/1992 Zb. v znení neskorších zmien vyplýva, že v konaní o preskúmanie rozhodnutia orgánu verejnej správy sa poplatok vráti, ak sa návrh na začatie konania vzal späť pred prejednaním veci, alebo ak bolo konanie zastavené z dôvodu, že účastník nebol v konaní riadne zastúpený. Pretože v danom prípade súd konanie zastavil z dôvodu späťvzatia žaloby pred začatím konania, v súlade s uvedeným ustanovením súd rozhodol aj o vrátení súdneho poplatku, ktorý žalobca zaplatil. Súdny poplatok sa vráti tak, ako to vyplýva z ustanovenia § 11 ods. 4 zákona č. 71/1992 Zb. krátený o 1 %, najmenej však o 6,70 Eur. Preto v danom prípade súdny poplatok, ktorý bol zaplatený v sume 70,00 Eur sa žalobcovi vráti skrátený a to vo výške 63,30 Eur. Kto má vrátiť zaplatený súdny poplatok upravuje § 11 ods. 6 písm. b) zákona č. 71/1992 Zb.. O náhrade trov konania súd rozhodol podľa § 246c ods. 1 v spojení s § 146 ods. 1 písm. c) O. s. p. a vyslovil, že žiaden z účastníkov nemá právo na náhradu trov konania, lebo konanie bolo zastavené. Uznesenie prijal senát Krajského súdu v Košiciach v pomere hlasov 3 : 0 (§ 3 ods. 9 zákona č. 757/2004 Z. z.). Poučenie: Proti tomuto uzneseniu možno podať odvolanie do 15 dní odo dňa jeho doručenia na Najvyšší súd Slovenskej republiky v Bratislave prostredníctvom Krajského súdu v Košiciach a to písomne, v dvoch vyhotoveniach. V odvolaní sa má popri všeobecných náležitostiach (§ 42 ods. 3 O. s. p.) uviesť, proti ktorému rozhodnutiu odvolanie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https://www.kauzis.sk/judikatura/r/ECLI:SK:KSKE:2016:7013200112.1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